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0AD15" w14:textId="77777777" w:rsidR="001E1D99" w:rsidRDefault="00000000">
      <w:pPr>
        <w:spacing w:before="400"/>
        <w:jc w:val="center"/>
      </w:pPr>
      <w:r>
        <w:rPr>
          <w:b/>
          <w:color w:val="188B80"/>
          <w:sz w:val="42"/>
        </w:rPr>
        <w:t>GUÍA Y FORMATO PARA ELABORAR TU PROYECTO</w:t>
      </w:r>
    </w:p>
    <w:p w14:paraId="579CC68F" w14:textId="77777777" w:rsidR="001E1D99" w:rsidRDefault="00000000">
      <w:pPr>
        <w:jc w:val="center"/>
      </w:pPr>
      <w:r>
        <w:rPr>
          <w:b/>
          <w:color w:val="0F6FB3"/>
          <w:sz w:val="30"/>
        </w:rPr>
        <w:t>Fondo Juventud y Acción Climática</w:t>
      </w:r>
      <w:r>
        <w:rPr>
          <w:b/>
          <w:color w:val="0F6FB3"/>
          <w:sz w:val="30"/>
        </w:rPr>
        <w:br/>
        <w:t>Ciudad de Durazno – Edición 2026-2027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80"/>
      </w:tblGrid>
      <w:tr w:rsidR="001E1D99" w14:paraId="51963F39" w14:textId="77777777">
        <w:trPr>
          <w:jc w:val="center"/>
        </w:trPr>
        <w:tc>
          <w:tcPr>
            <w:tcW w:w="10080" w:type="dxa"/>
            <w:tcBorders>
              <w:top w:val="single" w:sz="8" w:space="0" w:color="B7D9D2"/>
              <w:left w:val="single" w:sz="8" w:space="0" w:color="B7D9D2"/>
              <w:bottom w:val="single" w:sz="8" w:space="0" w:color="B7D9D2"/>
              <w:right w:val="single" w:sz="8" w:space="0" w:color="B7D9D2"/>
            </w:tcBorders>
            <w:shd w:val="clear" w:color="auto" w:fill="EAF7F4"/>
          </w:tcPr>
          <w:p w14:paraId="347A442D" w14:textId="77777777" w:rsidR="001E1D99" w:rsidRDefault="00000000">
            <w:r>
              <w:rPr>
                <w:b/>
                <w:color w:val="188B80"/>
              </w:rPr>
              <w:t>💡 🌱 Convertí una idea en un proyecto</w:t>
            </w:r>
            <w:r>
              <w:rPr>
                <w:b/>
                <w:color w:val="188B80"/>
              </w:rPr>
              <w:br/>
            </w:r>
            <w:r>
              <w:rPr>
                <w:sz w:val="19"/>
              </w:rPr>
              <w:t>Esta guía te ayuda a ordenar tu idea y completar la propuesta. No necesitás experiencia previa: lo importante es que el proyecto tenga impacto positivo, sea posible de realizar y esté liderado por jóvenes.</w:t>
            </w:r>
          </w:p>
        </w:tc>
      </w:tr>
    </w:tbl>
    <w:p w14:paraId="0C04557C" w14:textId="77777777" w:rsidR="001E1D99" w:rsidRDefault="00000000">
      <w:pPr>
        <w:spacing w:before="140" w:after="80"/>
      </w:pPr>
      <w:r>
        <w:rPr>
          <w:b/>
          <w:color w:val="188B80"/>
          <w:sz w:val="30"/>
        </w:rPr>
        <w:t>Antes de empezar</w:t>
      </w:r>
    </w:p>
    <w:p w14:paraId="1D503F7B" w14:textId="77777777" w:rsidR="001E1D99" w:rsidRDefault="00000000">
      <w:pPr>
        <w:ind w:left="216"/>
      </w:pPr>
      <w:r>
        <w:rPr>
          <w:color w:val="65A832"/>
        </w:rPr>
        <w:t xml:space="preserve">• </w:t>
      </w:r>
      <w:r>
        <w:t>El equipo debe estar integrado por al menos tres jóvenes de 15 a 24 años que residan en la ciudad de Durazno.</w:t>
      </w:r>
    </w:p>
    <w:p w14:paraId="2AA00576" w14:textId="77777777" w:rsidR="001E1D99" w:rsidRDefault="00000000">
      <w:pPr>
        <w:ind w:left="216"/>
      </w:pPr>
      <w:r>
        <w:rPr>
          <w:color w:val="65A832"/>
        </w:rPr>
        <w:t xml:space="preserve">• </w:t>
      </w:r>
      <w:r>
        <w:t>Cada proyecto debe contar con una organización patrocinante con personería jurídica vigente.</w:t>
      </w:r>
    </w:p>
    <w:p w14:paraId="57FE470C" w14:textId="77777777" w:rsidR="001E1D99" w:rsidRDefault="00000000">
      <w:pPr>
        <w:ind w:left="216"/>
      </w:pPr>
      <w:r>
        <w:rPr>
          <w:color w:val="65A832"/>
        </w:rPr>
        <w:t xml:space="preserve">• </w:t>
      </w:r>
      <w:r>
        <w:t>El proyecto debe aportar a la acción climática, beneficiar a la comunidad y poder realizarse dentro de los plazos previstos.</w:t>
      </w:r>
    </w:p>
    <w:p w14:paraId="50F886A1" w14:textId="77777777" w:rsidR="001E1D99" w:rsidRDefault="00000000">
      <w:pPr>
        <w:ind w:left="216"/>
      </w:pPr>
      <w:r>
        <w:rPr>
          <w:color w:val="65A832"/>
        </w:rPr>
        <w:t xml:space="preserve">• </w:t>
      </w:r>
      <w:r>
        <w:t>El monto solicitado debe estar entre USD 1.000 y USD 5.000 y debe usarse solamente para las actividades aprobadas.</w:t>
      </w:r>
    </w:p>
    <w:p w14:paraId="69519E36" w14:textId="77777777" w:rsidR="001E1D99" w:rsidRDefault="00000000">
      <w:r>
        <w:br w:type="page"/>
      </w:r>
    </w:p>
    <w:p w14:paraId="7B2F61A5" w14:textId="77777777" w:rsidR="001E1D99" w:rsidRDefault="00000000">
      <w:pPr>
        <w:spacing w:before="140" w:after="80"/>
      </w:pPr>
      <w:r>
        <w:rPr>
          <w:b/>
          <w:color w:val="188B80"/>
          <w:sz w:val="30"/>
        </w:rPr>
        <w:lastRenderedPageBreak/>
        <w:t>1. Nombre del proyecto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80"/>
      </w:tblGrid>
      <w:tr w:rsidR="001E1D99" w14:paraId="2044DA05" w14:textId="77777777">
        <w:trPr>
          <w:jc w:val="center"/>
        </w:trPr>
        <w:tc>
          <w:tcPr>
            <w:tcW w:w="10080" w:type="dxa"/>
            <w:tcBorders>
              <w:top w:val="single" w:sz="8" w:space="0" w:color="B7D9D2"/>
              <w:left w:val="single" w:sz="8" w:space="0" w:color="B7D9D2"/>
              <w:bottom w:val="single" w:sz="8" w:space="0" w:color="B7D9D2"/>
              <w:right w:val="single" w:sz="8" w:space="0" w:color="B7D9D2"/>
            </w:tcBorders>
            <w:shd w:val="clear" w:color="auto" w:fill="EAF7F4"/>
          </w:tcPr>
          <w:p w14:paraId="63C1E396" w14:textId="77777777" w:rsidR="001E1D99" w:rsidRDefault="00000000">
            <w:r>
              <w:rPr>
                <w:b/>
                <w:color w:val="188B80"/>
              </w:rPr>
              <w:t>💡 Preguntas que te pueden ayudar</w:t>
            </w:r>
            <w:r>
              <w:rPr>
                <w:b/>
                <w:color w:val="188B80"/>
              </w:rPr>
              <w:br/>
            </w:r>
            <w:r>
              <w:rPr>
                <w:sz w:val="19"/>
              </w:rPr>
              <w:t>Elegí un nombre corto, claro y creativo. Tiene que representar la idea principal.</w:t>
            </w:r>
            <w:r>
              <w:rPr>
                <w:sz w:val="19"/>
              </w:rPr>
              <w:br/>
              <w:t>Ejemplo: Mi Plaza Más Verde</w:t>
            </w:r>
          </w:p>
        </w:tc>
      </w:tr>
      <w:tr w:rsidR="001E1D99" w14:paraId="414A062F" w14:textId="77777777">
        <w:tblPrEx>
          <w:jc w:val="left"/>
        </w:tblPrEx>
        <w:tc>
          <w:tcPr>
            <w:tcW w:w="1008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0C6CB435" w14:textId="77777777" w:rsidR="001E1D99" w:rsidRDefault="00000000">
            <w:r>
              <w:rPr>
                <w:i/>
                <w:color w:val="666666"/>
                <w:sz w:val="18"/>
              </w:rPr>
              <w:t>Espacio para completar</w:t>
            </w:r>
            <w:r>
              <w:rPr>
                <w:i/>
                <w:color w:val="666666"/>
                <w:sz w:val="18"/>
              </w:rPr>
              <w:br/>
            </w:r>
            <w:r>
              <w:t>____________________________________________________________________________</w:t>
            </w:r>
            <w:r>
              <w:br/>
              <w:t>____________________________________________________________________________</w:t>
            </w:r>
            <w:r>
              <w:br/>
            </w:r>
          </w:p>
        </w:tc>
      </w:tr>
    </w:tbl>
    <w:p w14:paraId="4FDC0400" w14:textId="77777777" w:rsidR="001E1D99" w:rsidRDefault="00000000">
      <w:pPr>
        <w:spacing w:before="140" w:after="80"/>
      </w:pPr>
      <w:r>
        <w:rPr>
          <w:b/>
          <w:color w:val="188B80"/>
          <w:sz w:val="30"/>
        </w:rPr>
        <w:t>2. Organización o grupo postulante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80"/>
      </w:tblGrid>
      <w:tr w:rsidR="001E1D99" w14:paraId="796FD85B" w14:textId="77777777">
        <w:trPr>
          <w:jc w:val="center"/>
        </w:trPr>
        <w:tc>
          <w:tcPr>
            <w:tcW w:w="10080" w:type="dxa"/>
            <w:tcBorders>
              <w:top w:val="single" w:sz="8" w:space="0" w:color="B7D9D2"/>
              <w:left w:val="single" w:sz="8" w:space="0" w:color="B7D9D2"/>
              <w:bottom w:val="single" w:sz="8" w:space="0" w:color="B7D9D2"/>
              <w:right w:val="single" w:sz="8" w:space="0" w:color="B7D9D2"/>
            </w:tcBorders>
            <w:shd w:val="clear" w:color="auto" w:fill="EAF7F4"/>
          </w:tcPr>
          <w:p w14:paraId="4692666A" w14:textId="77777777" w:rsidR="001E1D99" w:rsidRDefault="00000000">
            <w:r>
              <w:rPr>
                <w:b/>
                <w:color w:val="188B80"/>
              </w:rPr>
              <w:t>💡 Preguntas que te pueden ayudar</w:t>
            </w:r>
            <w:r>
              <w:rPr>
                <w:b/>
                <w:color w:val="188B80"/>
              </w:rPr>
              <w:br/>
            </w:r>
            <w:r>
              <w:rPr>
                <w:sz w:val="19"/>
              </w:rPr>
              <w:t>Escribí el nombre del grupo de jóvenes o de la organización que presenta la propuesta.</w:t>
            </w:r>
            <w:r>
              <w:rPr>
                <w:sz w:val="19"/>
              </w:rPr>
              <w:br/>
              <w:t>Ejemplo: Jóvenes por el Río Yi / Club / Liceo / Asociación</w:t>
            </w:r>
          </w:p>
        </w:tc>
      </w:tr>
      <w:tr w:rsidR="001E1D99" w14:paraId="79D47B61" w14:textId="77777777">
        <w:tblPrEx>
          <w:jc w:val="left"/>
        </w:tblPrEx>
        <w:tc>
          <w:tcPr>
            <w:tcW w:w="1008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52CC11D2" w14:textId="77777777" w:rsidR="001E1D99" w:rsidRDefault="00000000">
            <w:r>
              <w:rPr>
                <w:i/>
                <w:color w:val="666666"/>
                <w:sz w:val="18"/>
              </w:rPr>
              <w:t>Espacio para completar</w:t>
            </w:r>
            <w:r>
              <w:rPr>
                <w:i/>
                <w:color w:val="666666"/>
                <w:sz w:val="18"/>
              </w:rPr>
              <w:br/>
            </w:r>
            <w:r>
              <w:t>____________________________________________________________________________</w:t>
            </w:r>
            <w:r>
              <w:br/>
              <w:t>____________________________________________________________________________</w:t>
            </w:r>
            <w:r>
              <w:br/>
            </w:r>
          </w:p>
        </w:tc>
      </w:tr>
    </w:tbl>
    <w:p w14:paraId="678E2D20" w14:textId="77777777" w:rsidR="001E1D99" w:rsidRDefault="00000000">
      <w:pPr>
        <w:spacing w:before="140" w:after="80"/>
      </w:pPr>
      <w:r>
        <w:rPr>
          <w:b/>
          <w:color w:val="188B80"/>
          <w:sz w:val="30"/>
        </w:rPr>
        <w:t>3. Jóvenes líderes del proyecto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80"/>
      </w:tblGrid>
      <w:tr w:rsidR="001E1D99" w14:paraId="69F0D51B" w14:textId="77777777">
        <w:trPr>
          <w:jc w:val="center"/>
        </w:trPr>
        <w:tc>
          <w:tcPr>
            <w:tcW w:w="10080" w:type="dxa"/>
            <w:tcBorders>
              <w:top w:val="single" w:sz="8" w:space="0" w:color="B7D9D2"/>
              <w:left w:val="single" w:sz="8" w:space="0" w:color="B7D9D2"/>
              <w:bottom w:val="single" w:sz="8" w:space="0" w:color="B7D9D2"/>
              <w:right w:val="single" w:sz="8" w:space="0" w:color="B7D9D2"/>
            </w:tcBorders>
            <w:shd w:val="clear" w:color="auto" w:fill="EAF7F4"/>
          </w:tcPr>
          <w:p w14:paraId="54660C40" w14:textId="77777777" w:rsidR="001E1D99" w:rsidRDefault="00000000">
            <w:r>
              <w:rPr>
                <w:b/>
                <w:color w:val="188B80"/>
              </w:rPr>
              <w:t>💡 Preguntas que te pueden ayudar</w:t>
            </w:r>
            <w:r>
              <w:rPr>
                <w:b/>
                <w:color w:val="188B80"/>
              </w:rPr>
              <w:br/>
            </w:r>
            <w:r>
              <w:rPr>
                <w:sz w:val="19"/>
              </w:rPr>
              <w:t>Anotá nombres, apellidos, edades y roles de quienes lideran la propuesta.</w:t>
            </w:r>
            <w:r>
              <w:rPr>
                <w:sz w:val="19"/>
              </w:rPr>
              <w:br/>
              <w:t>¿Quién coordina? ¿Quién comunica? ¿Quién se ocupa de materiales? ¿Quién registra fotos y resultados?</w:t>
            </w:r>
          </w:p>
        </w:tc>
      </w:tr>
      <w:tr w:rsidR="001E1D99" w14:paraId="59E6D13B" w14:textId="77777777">
        <w:tblPrEx>
          <w:jc w:val="left"/>
        </w:tblPrEx>
        <w:tc>
          <w:tcPr>
            <w:tcW w:w="1008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572C4F30" w14:textId="77777777" w:rsidR="001E1D99" w:rsidRDefault="00000000">
            <w:r>
              <w:rPr>
                <w:i/>
                <w:color w:val="666666"/>
                <w:sz w:val="18"/>
              </w:rPr>
              <w:t>Espacio para completar</w:t>
            </w:r>
            <w:r>
              <w:rPr>
                <w:i/>
                <w:color w:val="666666"/>
                <w:sz w:val="18"/>
              </w:rPr>
              <w:br/>
            </w:r>
            <w:r>
              <w:t>____________________________________________________________________________</w:t>
            </w:r>
            <w:r>
              <w:br/>
              <w:t>____________________________________________________________________________</w:t>
            </w:r>
            <w:r>
              <w:br/>
              <w:t>____________________________________________________________________________</w:t>
            </w:r>
            <w:r>
              <w:br/>
            </w:r>
          </w:p>
        </w:tc>
      </w:tr>
    </w:tbl>
    <w:p w14:paraId="06F5BAC0" w14:textId="77777777" w:rsidR="001E1D99" w:rsidRDefault="00000000">
      <w:pPr>
        <w:spacing w:before="140" w:after="80"/>
      </w:pPr>
      <w:r>
        <w:rPr>
          <w:b/>
          <w:color w:val="188B80"/>
          <w:sz w:val="30"/>
        </w:rPr>
        <w:t>4. Introducción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80"/>
      </w:tblGrid>
      <w:tr w:rsidR="001E1D99" w14:paraId="4746AE49" w14:textId="77777777">
        <w:trPr>
          <w:jc w:val="center"/>
        </w:trPr>
        <w:tc>
          <w:tcPr>
            <w:tcW w:w="10080" w:type="dxa"/>
            <w:tcBorders>
              <w:top w:val="single" w:sz="8" w:space="0" w:color="B7D9D2"/>
              <w:left w:val="single" w:sz="8" w:space="0" w:color="B7D9D2"/>
              <w:bottom w:val="single" w:sz="8" w:space="0" w:color="B7D9D2"/>
              <w:right w:val="single" w:sz="8" w:space="0" w:color="B7D9D2"/>
            </w:tcBorders>
            <w:shd w:val="clear" w:color="auto" w:fill="EAF7F4"/>
          </w:tcPr>
          <w:p w14:paraId="1C0A03F6" w14:textId="77777777" w:rsidR="001E1D99" w:rsidRDefault="00000000">
            <w:r>
              <w:rPr>
                <w:b/>
                <w:color w:val="188B80"/>
              </w:rPr>
              <w:t>💡 Preguntas que te pueden ayudar</w:t>
            </w:r>
            <w:r>
              <w:rPr>
                <w:b/>
                <w:color w:val="188B80"/>
              </w:rPr>
              <w:br/>
            </w:r>
            <w:r>
              <w:rPr>
                <w:sz w:val="19"/>
              </w:rPr>
              <w:t>Contá brevemente de qué trata el proyecto, dónde se realizará y quiénes participarán.</w:t>
            </w:r>
            <w:r>
              <w:rPr>
                <w:sz w:val="19"/>
              </w:rPr>
              <w:br/>
              <w:t>¿Cuál es la idea? ¿Dónde se hará? ¿Con qué grupo o comunidad?</w:t>
            </w:r>
          </w:p>
        </w:tc>
      </w:tr>
      <w:tr w:rsidR="001E1D99" w14:paraId="74086010" w14:textId="77777777">
        <w:tblPrEx>
          <w:jc w:val="left"/>
        </w:tblPrEx>
        <w:tc>
          <w:tcPr>
            <w:tcW w:w="1008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7D991004" w14:textId="77777777" w:rsidR="001E1D99" w:rsidRDefault="00000000">
            <w:r>
              <w:rPr>
                <w:i/>
                <w:color w:val="666666"/>
                <w:sz w:val="18"/>
              </w:rPr>
              <w:t>Espacio para completar</w:t>
            </w:r>
            <w:r>
              <w:rPr>
                <w:i/>
                <w:color w:val="666666"/>
                <w:sz w:val="18"/>
              </w:rPr>
              <w:br/>
            </w:r>
            <w:r>
              <w:lastRenderedPageBreak/>
              <w:t>____________________________________________________________________________</w:t>
            </w:r>
            <w:r>
              <w:br/>
              <w:t>____________________________________________________________________________</w:t>
            </w:r>
            <w:r>
              <w:br/>
              <w:t>____________________________________________________________________________</w:t>
            </w:r>
            <w:r>
              <w:br/>
              <w:t>____________________________________________________________________________</w:t>
            </w:r>
            <w:r>
              <w:br/>
            </w:r>
          </w:p>
        </w:tc>
      </w:tr>
    </w:tbl>
    <w:p w14:paraId="005A3456" w14:textId="77777777" w:rsidR="001E1D99" w:rsidRDefault="00000000">
      <w:pPr>
        <w:spacing w:before="140" w:after="80"/>
      </w:pPr>
      <w:r>
        <w:rPr>
          <w:b/>
          <w:color w:val="188B80"/>
          <w:sz w:val="30"/>
        </w:rPr>
        <w:lastRenderedPageBreak/>
        <w:t>5. Fundamentación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80"/>
      </w:tblGrid>
      <w:tr w:rsidR="001E1D99" w14:paraId="6A7BBBB0" w14:textId="77777777">
        <w:trPr>
          <w:jc w:val="center"/>
        </w:trPr>
        <w:tc>
          <w:tcPr>
            <w:tcW w:w="10080" w:type="dxa"/>
            <w:tcBorders>
              <w:top w:val="single" w:sz="8" w:space="0" w:color="B7D9D2"/>
              <w:left w:val="single" w:sz="8" w:space="0" w:color="B7D9D2"/>
              <w:bottom w:val="single" w:sz="8" w:space="0" w:color="B7D9D2"/>
              <w:right w:val="single" w:sz="8" w:space="0" w:color="B7D9D2"/>
            </w:tcBorders>
            <w:shd w:val="clear" w:color="auto" w:fill="EAF7F4"/>
          </w:tcPr>
          <w:p w14:paraId="1F9677B9" w14:textId="77777777" w:rsidR="001E1D99" w:rsidRDefault="00000000">
            <w:r>
              <w:rPr>
                <w:b/>
                <w:color w:val="188B80"/>
              </w:rPr>
              <w:t>💡 Preguntas que te pueden ayudar</w:t>
            </w:r>
            <w:r>
              <w:rPr>
                <w:b/>
                <w:color w:val="188B80"/>
              </w:rPr>
              <w:br/>
            </w:r>
            <w:r>
              <w:rPr>
                <w:sz w:val="19"/>
              </w:rPr>
              <w:t>Explicá por qué este proyecto es necesario. Describí el problema ambiental o climático que quieren atender.</w:t>
            </w:r>
            <w:r>
              <w:rPr>
                <w:sz w:val="19"/>
              </w:rPr>
              <w:br/>
              <w:t>¿Qué problema vemos en Durazno? ¿A quién afecta? ¿Por qué es importante actuar ahora?</w:t>
            </w:r>
          </w:p>
        </w:tc>
      </w:tr>
      <w:tr w:rsidR="001E1D99" w14:paraId="47E0C041" w14:textId="77777777">
        <w:tblPrEx>
          <w:jc w:val="left"/>
        </w:tblPrEx>
        <w:tc>
          <w:tcPr>
            <w:tcW w:w="1008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27DC421B" w14:textId="77777777" w:rsidR="001E1D99" w:rsidRDefault="00000000">
            <w:r>
              <w:rPr>
                <w:i/>
                <w:color w:val="666666"/>
                <w:sz w:val="18"/>
              </w:rPr>
              <w:t>Espacio para completar</w:t>
            </w:r>
            <w:r>
              <w:rPr>
                <w:i/>
                <w:color w:val="666666"/>
                <w:sz w:val="18"/>
              </w:rPr>
              <w:br/>
            </w:r>
            <w:r>
              <w:t>____________________________________________________________________________</w:t>
            </w:r>
            <w:r>
              <w:br/>
              <w:t>____________________________________________________________________________</w:t>
            </w:r>
            <w:r>
              <w:br/>
              <w:t>____________________________________________________________________________</w:t>
            </w:r>
            <w:r>
              <w:br/>
              <w:t>____________________________________________________________________________</w:t>
            </w:r>
            <w:r>
              <w:br/>
              <w:t>____________________________________________________________________________</w:t>
            </w:r>
            <w:r>
              <w:br/>
            </w:r>
          </w:p>
        </w:tc>
      </w:tr>
    </w:tbl>
    <w:p w14:paraId="143C4B2B" w14:textId="77777777" w:rsidR="001E1D99" w:rsidRDefault="00000000">
      <w:pPr>
        <w:spacing w:before="140" w:after="80"/>
      </w:pPr>
      <w:r>
        <w:rPr>
          <w:b/>
          <w:color w:val="188B80"/>
          <w:sz w:val="30"/>
        </w:rPr>
        <w:t>6. Línea temática prioritaria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80"/>
      </w:tblGrid>
      <w:tr w:rsidR="001E1D99" w14:paraId="243604E3" w14:textId="77777777">
        <w:trPr>
          <w:jc w:val="center"/>
        </w:trPr>
        <w:tc>
          <w:tcPr>
            <w:tcW w:w="10080" w:type="dxa"/>
            <w:tcBorders>
              <w:top w:val="single" w:sz="8" w:space="0" w:color="B7D9D2"/>
              <w:left w:val="single" w:sz="8" w:space="0" w:color="B7D9D2"/>
              <w:bottom w:val="single" w:sz="8" w:space="0" w:color="B7D9D2"/>
              <w:right w:val="single" w:sz="8" w:space="0" w:color="B7D9D2"/>
            </w:tcBorders>
            <w:shd w:val="clear" w:color="auto" w:fill="EAF7F4"/>
          </w:tcPr>
          <w:p w14:paraId="681C6405" w14:textId="77777777" w:rsidR="001E1D99" w:rsidRDefault="00000000">
            <w:r>
              <w:rPr>
                <w:b/>
                <w:color w:val="188B80"/>
              </w:rPr>
              <w:t>💡 Elegí el tema principal</w:t>
            </w:r>
            <w:r>
              <w:rPr>
                <w:b/>
                <w:color w:val="188B80"/>
              </w:rPr>
              <w:br/>
            </w:r>
            <w:r>
              <w:rPr>
                <w:sz w:val="19"/>
              </w:rPr>
              <w:t>Marcá una o más líneas. Las bases priorizan biodiversidad, residuos, agua, educación ambiental, innovación climática y arbolado urbano/espacios verdes.</w:t>
            </w:r>
          </w:p>
        </w:tc>
      </w:tr>
    </w:tbl>
    <w:p w14:paraId="47662F9D" w14:textId="77777777" w:rsidR="001E1D99" w:rsidRDefault="00000000">
      <w:r>
        <w:t>☐ Biodiversidad y conservación de ecosistemas</w:t>
      </w:r>
    </w:p>
    <w:p w14:paraId="363D67E3" w14:textId="77777777" w:rsidR="001E1D99" w:rsidRDefault="00000000">
      <w:r>
        <w:t>☐ Residuos y economía circular</w:t>
      </w:r>
    </w:p>
    <w:p w14:paraId="6CC73EBD" w14:textId="77777777" w:rsidR="001E1D99" w:rsidRDefault="00000000">
      <w:r>
        <w:t>☐ Agua y adaptación al cambio climático</w:t>
      </w:r>
    </w:p>
    <w:p w14:paraId="32BEB93E" w14:textId="77777777" w:rsidR="001E1D99" w:rsidRDefault="00000000">
      <w:r>
        <w:t>☐ Educación ambiental y participación ciudadana</w:t>
      </w:r>
    </w:p>
    <w:p w14:paraId="59D55E9B" w14:textId="77777777" w:rsidR="001E1D99" w:rsidRDefault="00000000">
      <w:r>
        <w:t>☐ Innovación climática</w:t>
      </w:r>
    </w:p>
    <w:p w14:paraId="699B4D67" w14:textId="77777777" w:rsidR="001E1D99" w:rsidRDefault="00000000">
      <w:r>
        <w:t>☐ Arbolado urbano y espacios verdes</w:t>
      </w:r>
    </w:p>
    <w:p w14:paraId="05F5543E" w14:textId="77777777" w:rsidR="001E1D99" w:rsidRDefault="00000000">
      <w:r>
        <w:t>☐ Otro: ______________________________</w:t>
      </w:r>
    </w:p>
    <w:p w14:paraId="2FAD909D" w14:textId="77777777" w:rsidR="001E1D99" w:rsidRDefault="00000000">
      <w:r>
        <w:br w:type="page"/>
      </w:r>
    </w:p>
    <w:p w14:paraId="30919274" w14:textId="77777777" w:rsidR="001E1D99" w:rsidRDefault="00000000">
      <w:pPr>
        <w:spacing w:before="140" w:after="80"/>
      </w:pPr>
      <w:r>
        <w:rPr>
          <w:b/>
          <w:color w:val="188B80"/>
          <w:sz w:val="30"/>
        </w:rPr>
        <w:lastRenderedPageBreak/>
        <w:t>7. Objetivo general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80"/>
      </w:tblGrid>
      <w:tr w:rsidR="001E1D99" w14:paraId="7B41DD23" w14:textId="77777777">
        <w:trPr>
          <w:jc w:val="center"/>
        </w:trPr>
        <w:tc>
          <w:tcPr>
            <w:tcW w:w="10080" w:type="dxa"/>
            <w:tcBorders>
              <w:top w:val="single" w:sz="8" w:space="0" w:color="B7D9D2"/>
              <w:left w:val="single" w:sz="8" w:space="0" w:color="B7D9D2"/>
              <w:bottom w:val="single" w:sz="8" w:space="0" w:color="B7D9D2"/>
              <w:right w:val="single" w:sz="8" w:space="0" w:color="B7D9D2"/>
            </w:tcBorders>
            <w:shd w:val="clear" w:color="auto" w:fill="EAF7F4"/>
          </w:tcPr>
          <w:p w14:paraId="5BAC478D" w14:textId="77777777" w:rsidR="001E1D99" w:rsidRDefault="00000000">
            <w:r>
              <w:rPr>
                <w:b/>
                <w:color w:val="188B80"/>
              </w:rPr>
              <w:t>💡 Cómo escribirlo</w:t>
            </w:r>
            <w:r>
              <w:rPr>
                <w:b/>
                <w:color w:val="188B80"/>
              </w:rPr>
              <w:br/>
            </w:r>
            <w:r>
              <w:rPr>
                <w:sz w:val="19"/>
              </w:rPr>
              <w:t>Es el gran cambio que quieren lograr. Conviene empezar con un verbo: promover, mejorar, reducir, recuperar, sensibilizar, fortalecer.</w:t>
            </w:r>
          </w:p>
        </w:tc>
      </w:tr>
      <w:tr w:rsidR="001E1D99" w14:paraId="6E5A45E8" w14:textId="77777777">
        <w:tblPrEx>
          <w:jc w:val="left"/>
        </w:tblPrEx>
        <w:tc>
          <w:tcPr>
            <w:tcW w:w="1008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28CD7DA7" w14:textId="77777777" w:rsidR="001E1D99" w:rsidRDefault="00000000">
            <w:r>
              <w:rPr>
                <w:i/>
                <w:color w:val="666666"/>
                <w:sz w:val="18"/>
              </w:rPr>
              <w:t>Espacio para completar</w:t>
            </w:r>
            <w:r>
              <w:rPr>
                <w:i/>
                <w:color w:val="666666"/>
                <w:sz w:val="18"/>
              </w:rPr>
              <w:br/>
            </w:r>
            <w:r>
              <w:t>____________________________________________________________________________</w:t>
            </w:r>
            <w:r>
              <w:br/>
              <w:t>____________________________________________________________________________</w:t>
            </w:r>
            <w:r>
              <w:br/>
              <w:t>____________________________________________________________________________</w:t>
            </w:r>
            <w:r>
              <w:br/>
            </w:r>
          </w:p>
        </w:tc>
      </w:tr>
    </w:tbl>
    <w:p w14:paraId="1838D81C" w14:textId="77777777" w:rsidR="001E1D99" w:rsidRDefault="00000000">
      <w:pPr>
        <w:spacing w:before="140" w:after="80"/>
      </w:pPr>
      <w:r>
        <w:rPr>
          <w:b/>
          <w:color w:val="188B80"/>
          <w:sz w:val="30"/>
        </w:rPr>
        <w:t>8. Objetivos específicos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80"/>
      </w:tblGrid>
      <w:tr w:rsidR="001E1D99" w14:paraId="173AF127" w14:textId="77777777">
        <w:trPr>
          <w:jc w:val="center"/>
        </w:trPr>
        <w:tc>
          <w:tcPr>
            <w:tcW w:w="10080" w:type="dxa"/>
            <w:tcBorders>
              <w:top w:val="single" w:sz="8" w:space="0" w:color="B7D9D2"/>
              <w:left w:val="single" w:sz="8" w:space="0" w:color="B7D9D2"/>
              <w:bottom w:val="single" w:sz="8" w:space="0" w:color="B7D9D2"/>
              <w:right w:val="single" w:sz="8" w:space="0" w:color="B7D9D2"/>
            </w:tcBorders>
            <w:shd w:val="clear" w:color="auto" w:fill="EAF7F4"/>
          </w:tcPr>
          <w:p w14:paraId="57C76357" w14:textId="77777777" w:rsidR="001E1D99" w:rsidRDefault="00000000">
            <w:r>
              <w:rPr>
                <w:b/>
                <w:color w:val="188B80"/>
              </w:rPr>
              <w:t>💡 Ejemplos</w:t>
            </w:r>
            <w:r>
              <w:rPr>
                <w:b/>
                <w:color w:val="188B80"/>
              </w:rPr>
              <w:br/>
            </w:r>
            <w:r>
              <w:rPr>
                <w:sz w:val="19"/>
              </w:rPr>
              <w:t>Son pasos concretos que ayudan a cumplir el objetivo general. Deben poder realizarse y medirse.</w:t>
            </w:r>
          </w:p>
        </w:tc>
      </w:tr>
    </w:tbl>
    <w:p w14:paraId="4B4211E6" w14:textId="77777777" w:rsidR="001E1D99" w:rsidRDefault="00000000">
      <w:r>
        <w:t>• Organizar talleres ambientales.</w:t>
      </w:r>
    </w:p>
    <w:p w14:paraId="40B58F41" w14:textId="77777777" w:rsidR="001E1D99" w:rsidRDefault="00000000">
      <w:r>
        <w:t>• Recuperar un espacio público.</w:t>
      </w:r>
    </w:p>
    <w:p w14:paraId="10457D45" w14:textId="77777777" w:rsidR="001E1D99" w:rsidRDefault="00000000">
      <w:r>
        <w:t>• Plantar especies nativas.</w:t>
      </w:r>
    </w:p>
    <w:p w14:paraId="54E36C93" w14:textId="77777777" w:rsidR="001E1D99" w:rsidRDefault="00000000">
      <w:r>
        <w:t>• Reducir residuos mediante reciclaje o compostaje.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080"/>
      </w:tblGrid>
      <w:tr w:rsidR="001E1D99" w14:paraId="44D86C2E" w14:textId="77777777">
        <w:tc>
          <w:tcPr>
            <w:tcW w:w="1008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33C91932" w14:textId="77777777" w:rsidR="001E1D99" w:rsidRDefault="00000000">
            <w:r>
              <w:rPr>
                <w:i/>
                <w:color w:val="666666"/>
                <w:sz w:val="18"/>
              </w:rPr>
              <w:t>Espacio para completar</w:t>
            </w:r>
            <w:r>
              <w:rPr>
                <w:i/>
                <w:color w:val="666666"/>
                <w:sz w:val="18"/>
              </w:rPr>
              <w:br/>
            </w:r>
            <w:r>
              <w:t>____________________________________________________________________________</w:t>
            </w:r>
            <w:r>
              <w:br/>
              <w:t>____________________________________________________________________________</w:t>
            </w:r>
            <w:r>
              <w:br/>
              <w:t>____________________________________________________________________________</w:t>
            </w:r>
            <w:r>
              <w:br/>
              <w:t>____________________________________________________________________________</w:t>
            </w:r>
            <w:r>
              <w:br/>
            </w:r>
          </w:p>
        </w:tc>
      </w:tr>
    </w:tbl>
    <w:p w14:paraId="3DBAF275" w14:textId="77777777" w:rsidR="001E1D99" w:rsidRDefault="00000000">
      <w:pPr>
        <w:spacing w:before="140" w:after="80"/>
      </w:pPr>
      <w:r>
        <w:rPr>
          <w:b/>
          <w:color w:val="188B80"/>
          <w:sz w:val="30"/>
        </w:rPr>
        <w:t>9. Descripción del proyecto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80"/>
      </w:tblGrid>
      <w:tr w:rsidR="001E1D99" w14:paraId="031BB265" w14:textId="77777777">
        <w:trPr>
          <w:jc w:val="center"/>
        </w:trPr>
        <w:tc>
          <w:tcPr>
            <w:tcW w:w="10080" w:type="dxa"/>
            <w:tcBorders>
              <w:top w:val="single" w:sz="8" w:space="0" w:color="B7D9D2"/>
              <w:left w:val="single" w:sz="8" w:space="0" w:color="B7D9D2"/>
              <w:bottom w:val="single" w:sz="8" w:space="0" w:color="B7D9D2"/>
              <w:right w:val="single" w:sz="8" w:space="0" w:color="B7D9D2"/>
            </w:tcBorders>
            <w:shd w:val="clear" w:color="auto" w:fill="EAF7F4"/>
          </w:tcPr>
          <w:p w14:paraId="47F452DD" w14:textId="77777777" w:rsidR="001E1D99" w:rsidRDefault="00000000">
            <w:r>
              <w:rPr>
                <w:b/>
                <w:color w:val="188B80"/>
              </w:rPr>
              <w:t>💡 Preguntas guía</w:t>
            </w:r>
            <w:r>
              <w:rPr>
                <w:b/>
                <w:color w:val="188B80"/>
              </w:rPr>
              <w:br/>
            </w:r>
            <w:r>
              <w:rPr>
                <w:sz w:val="19"/>
              </w:rPr>
              <w:t>Contá el proyecto de principio a fin. Explicá qué van a hacer, cómo lo harán, con quiénes y qué esperan lograr.</w:t>
            </w:r>
          </w:p>
        </w:tc>
      </w:tr>
      <w:tr w:rsidR="001E1D99" w14:paraId="450EBAF6" w14:textId="77777777">
        <w:tblPrEx>
          <w:jc w:val="left"/>
        </w:tblPrEx>
        <w:tc>
          <w:tcPr>
            <w:tcW w:w="1008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58977274" w14:textId="77777777" w:rsidR="001E1D99" w:rsidRDefault="00000000">
            <w:r>
              <w:rPr>
                <w:i/>
                <w:color w:val="666666"/>
                <w:sz w:val="18"/>
              </w:rPr>
              <w:t>Espacio para completar</w:t>
            </w:r>
            <w:r>
              <w:rPr>
                <w:i/>
                <w:color w:val="666666"/>
                <w:sz w:val="18"/>
              </w:rPr>
              <w:br/>
            </w:r>
            <w:r>
              <w:t>____________________________________________________________________________</w:t>
            </w:r>
            <w:r>
              <w:br/>
              <w:t>____________________________________________________________________________</w:t>
            </w:r>
            <w:r>
              <w:br/>
              <w:t>____________________________________________________________________________</w:t>
            </w:r>
            <w:r>
              <w:br/>
              <w:t>____________________________________________________________________________</w:t>
            </w:r>
            <w:r>
              <w:br/>
            </w:r>
            <w:r>
              <w:lastRenderedPageBreak/>
              <w:t>____________________________________________________________________________</w:t>
            </w:r>
            <w:r>
              <w:br/>
              <w:t>____________________________________________________________________________</w:t>
            </w:r>
            <w:r>
              <w:br/>
              <w:t>____________________________________________________________________________</w:t>
            </w:r>
            <w:r>
              <w:br/>
            </w:r>
          </w:p>
        </w:tc>
      </w:tr>
    </w:tbl>
    <w:p w14:paraId="612752A5" w14:textId="77777777" w:rsidR="001E1D99" w:rsidRDefault="00000000">
      <w:r>
        <w:lastRenderedPageBreak/>
        <w:br w:type="page"/>
      </w:r>
    </w:p>
    <w:p w14:paraId="3C9A77A2" w14:textId="77777777" w:rsidR="001E1D99" w:rsidRDefault="00000000">
      <w:pPr>
        <w:spacing w:before="140" w:after="80"/>
      </w:pPr>
      <w:r>
        <w:rPr>
          <w:b/>
          <w:color w:val="188B80"/>
          <w:sz w:val="30"/>
        </w:rPr>
        <w:lastRenderedPageBreak/>
        <w:t>10. Actividades y cronograma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20"/>
        <w:gridCol w:w="2520"/>
        <w:gridCol w:w="2520"/>
        <w:gridCol w:w="2520"/>
      </w:tblGrid>
      <w:tr w:rsidR="001E1D99" w14:paraId="5F618B2F" w14:textId="77777777">
        <w:trPr>
          <w:jc w:val="center"/>
        </w:trPr>
        <w:tc>
          <w:tcPr>
            <w:tcW w:w="10080" w:type="dxa"/>
            <w:gridSpan w:val="4"/>
            <w:tcBorders>
              <w:top w:val="single" w:sz="8" w:space="0" w:color="B7D9D2"/>
              <w:left w:val="single" w:sz="8" w:space="0" w:color="B7D9D2"/>
              <w:bottom w:val="single" w:sz="8" w:space="0" w:color="B7D9D2"/>
              <w:right w:val="single" w:sz="8" w:space="0" w:color="B7D9D2"/>
            </w:tcBorders>
            <w:shd w:val="clear" w:color="auto" w:fill="EAF7F4"/>
          </w:tcPr>
          <w:p w14:paraId="0CEC46B7" w14:textId="77777777" w:rsidR="001E1D99" w:rsidRDefault="00000000">
            <w:r>
              <w:rPr>
                <w:b/>
                <w:color w:val="188B80"/>
              </w:rPr>
              <w:t>💡 Completá la tabla</w:t>
            </w:r>
            <w:r>
              <w:rPr>
                <w:b/>
                <w:color w:val="188B80"/>
              </w:rPr>
              <w:br/>
            </w:r>
            <w:r>
              <w:rPr>
                <w:sz w:val="19"/>
              </w:rPr>
              <w:t>Las actividades deben estar relacionadas con los objetivos. El cronograma tiene que mostrar que el proyecto puede finalizar en el plazo previsto.</w:t>
            </w:r>
          </w:p>
        </w:tc>
      </w:tr>
      <w:tr w:rsidR="001E1D99" w14:paraId="09AAB85D" w14:textId="77777777">
        <w:trPr>
          <w:jc w:val="center"/>
        </w:trPr>
        <w:tc>
          <w:tcPr>
            <w:tcW w:w="2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88B80"/>
            <w:vAlign w:val="center"/>
          </w:tcPr>
          <w:p w14:paraId="3C256676" w14:textId="77777777" w:rsidR="001E1D99" w:rsidRDefault="00000000">
            <w:r>
              <w:rPr>
                <w:b/>
                <w:color w:val="FFFFFF"/>
                <w:sz w:val="19"/>
              </w:rPr>
              <w:t>Actividad</w:t>
            </w:r>
          </w:p>
        </w:tc>
        <w:tc>
          <w:tcPr>
            <w:tcW w:w="2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88B80"/>
            <w:vAlign w:val="center"/>
          </w:tcPr>
          <w:p w14:paraId="01D89549" w14:textId="77777777" w:rsidR="001E1D99" w:rsidRDefault="00000000">
            <w:r>
              <w:rPr>
                <w:b/>
                <w:color w:val="FFFFFF"/>
                <w:sz w:val="19"/>
              </w:rPr>
              <w:t>Responsable</w:t>
            </w:r>
          </w:p>
        </w:tc>
        <w:tc>
          <w:tcPr>
            <w:tcW w:w="2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88B80"/>
            <w:vAlign w:val="center"/>
          </w:tcPr>
          <w:p w14:paraId="6CE3D1E1" w14:textId="77777777" w:rsidR="001E1D99" w:rsidRDefault="00000000">
            <w:r>
              <w:rPr>
                <w:b/>
                <w:color w:val="FFFFFF"/>
                <w:sz w:val="19"/>
              </w:rPr>
              <w:t>Fecha o mes</w:t>
            </w:r>
          </w:p>
        </w:tc>
        <w:tc>
          <w:tcPr>
            <w:tcW w:w="2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88B80"/>
            <w:vAlign w:val="center"/>
          </w:tcPr>
          <w:p w14:paraId="7AF7A610" w14:textId="77777777" w:rsidR="001E1D99" w:rsidRDefault="00000000">
            <w:r>
              <w:rPr>
                <w:b/>
                <w:color w:val="FFFFFF"/>
                <w:sz w:val="19"/>
              </w:rPr>
              <w:t>Materiales necesarios</w:t>
            </w:r>
          </w:p>
        </w:tc>
      </w:tr>
      <w:tr w:rsidR="001E1D99" w14:paraId="791B8CA6" w14:textId="77777777">
        <w:trPr>
          <w:jc w:val="center"/>
        </w:trPr>
        <w:tc>
          <w:tcPr>
            <w:tcW w:w="252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756F87B2" w14:textId="77777777" w:rsidR="001E1D99" w:rsidRDefault="00000000">
            <w:r>
              <w:t xml:space="preserve"> </w:t>
            </w:r>
          </w:p>
        </w:tc>
        <w:tc>
          <w:tcPr>
            <w:tcW w:w="252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52B5B58B" w14:textId="77777777" w:rsidR="001E1D99" w:rsidRDefault="00000000">
            <w:r>
              <w:t xml:space="preserve"> </w:t>
            </w:r>
          </w:p>
        </w:tc>
        <w:tc>
          <w:tcPr>
            <w:tcW w:w="252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20027555" w14:textId="77777777" w:rsidR="001E1D99" w:rsidRDefault="00000000">
            <w:r>
              <w:t xml:space="preserve"> </w:t>
            </w:r>
          </w:p>
        </w:tc>
        <w:tc>
          <w:tcPr>
            <w:tcW w:w="252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195BFD92" w14:textId="77777777" w:rsidR="001E1D99" w:rsidRDefault="00000000">
            <w:r>
              <w:t xml:space="preserve"> </w:t>
            </w:r>
          </w:p>
        </w:tc>
      </w:tr>
      <w:tr w:rsidR="001E1D99" w14:paraId="206AA321" w14:textId="77777777">
        <w:trPr>
          <w:jc w:val="center"/>
        </w:trPr>
        <w:tc>
          <w:tcPr>
            <w:tcW w:w="252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30EFA881" w14:textId="77777777" w:rsidR="001E1D99" w:rsidRDefault="00000000">
            <w:r>
              <w:t xml:space="preserve"> </w:t>
            </w:r>
          </w:p>
        </w:tc>
        <w:tc>
          <w:tcPr>
            <w:tcW w:w="252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75201B6D" w14:textId="77777777" w:rsidR="001E1D99" w:rsidRDefault="00000000">
            <w:r>
              <w:t xml:space="preserve"> </w:t>
            </w:r>
          </w:p>
        </w:tc>
        <w:tc>
          <w:tcPr>
            <w:tcW w:w="252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6BC91822" w14:textId="77777777" w:rsidR="001E1D99" w:rsidRDefault="00000000">
            <w:r>
              <w:t xml:space="preserve"> </w:t>
            </w:r>
          </w:p>
        </w:tc>
        <w:tc>
          <w:tcPr>
            <w:tcW w:w="252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1CAFD427" w14:textId="77777777" w:rsidR="001E1D99" w:rsidRDefault="00000000">
            <w:r>
              <w:t xml:space="preserve"> </w:t>
            </w:r>
          </w:p>
        </w:tc>
      </w:tr>
      <w:tr w:rsidR="001E1D99" w14:paraId="3082106F" w14:textId="77777777">
        <w:trPr>
          <w:jc w:val="center"/>
        </w:trPr>
        <w:tc>
          <w:tcPr>
            <w:tcW w:w="252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3600DCFD" w14:textId="77777777" w:rsidR="001E1D99" w:rsidRDefault="00000000">
            <w:r>
              <w:t xml:space="preserve"> </w:t>
            </w:r>
          </w:p>
        </w:tc>
        <w:tc>
          <w:tcPr>
            <w:tcW w:w="252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5A2AB1FF" w14:textId="77777777" w:rsidR="001E1D99" w:rsidRDefault="00000000">
            <w:r>
              <w:t xml:space="preserve"> </w:t>
            </w:r>
          </w:p>
        </w:tc>
        <w:tc>
          <w:tcPr>
            <w:tcW w:w="252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32FB668B" w14:textId="77777777" w:rsidR="001E1D99" w:rsidRDefault="00000000">
            <w:r>
              <w:t xml:space="preserve"> </w:t>
            </w:r>
          </w:p>
        </w:tc>
        <w:tc>
          <w:tcPr>
            <w:tcW w:w="252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7199B357" w14:textId="77777777" w:rsidR="001E1D99" w:rsidRDefault="00000000">
            <w:r>
              <w:t xml:space="preserve"> </w:t>
            </w:r>
          </w:p>
        </w:tc>
      </w:tr>
      <w:tr w:rsidR="001E1D99" w14:paraId="6911E8D8" w14:textId="77777777">
        <w:trPr>
          <w:jc w:val="center"/>
        </w:trPr>
        <w:tc>
          <w:tcPr>
            <w:tcW w:w="252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08BD47AC" w14:textId="77777777" w:rsidR="001E1D99" w:rsidRDefault="00000000">
            <w:r>
              <w:t xml:space="preserve"> </w:t>
            </w:r>
          </w:p>
        </w:tc>
        <w:tc>
          <w:tcPr>
            <w:tcW w:w="252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607340B0" w14:textId="77777777" w:rsidR="001E1D99" w:rsidRDefault="00000000">
            <w:r>
              <w:t xml:space="preserve"> </w:t>
            </w:r>
          </w:p>
        </w:tc>
        <w:tc>
          <w:tcPr>
            <w:tcW w:w="252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40858A69" w14:textId="77777777" w:rsidR="001E1D99" w:rsidRDefault="00000000">
            <w:r>
              <w:t xml:space="preserve"> </w:t>
            </w:r>
          </w:p>
        </w:tc>
        <w:tc>
          <w:tcPr>
            <w:tcW w:w="252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5E1BBC41" w14:textId="77777777" w:rsidR="001E1D99" w:rsidRDefault="00000000">
            <w:r>
              <w:t xml:space="preserve"> </w:t>
            </w:r>
          </w:p>
        </w:tc>
      </w:tr>
      <w:tr w:rsidR="001E1D99" w14:paraId="1DD5F28D" w14:textId="77777777">
        <w:trPr>
          <w:jc w:val="center"/>
        </w:trPr>
        <w:tc>
          <w:tcPr>
            <w:tcW w:w="252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6F1EA180" w14:textId="77777777" w:rsidR="001E1D99" w:rsidRDefault="00000000">
            <w:r>
              <w:t xml:space="preserve"> </w:t>
            </w:r>
          </w:p>
        </w:tc>
        <w:tc>
          <w:tcPr>
            <w:tcW w:w="252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05268F15" w14:textId="77777777" w:rsidR="001E1D99" w:rsidRDefault="00000000">
            <w:r>
              <w:t xml:space="preserve"> </w:t>
            </w:r>
          </w:p>
        </w:tc>
        <w:tc>
          <w:tcPr>
            <w:tcW w:w="252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334BDB8A" w14:textId="77777777" w:rsidR="001E1D99" w:rsidRDefault="00000000">
            <w:r>
              <w:t xml:space="preserve"> </w:t>
            </w:r>
          </w:p>
        </w:tc>
        <w:tc>
          <w:tcPr>
            <w:tcW w:w="252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00321ED8" w14:textId="77777777" w:rsidR="001E1D99" w:rsidRDefault="00000000">
            <w:r>
              <w:t xml:space="preserve"> </w:t>
            </w:r>
          </w:p>
        </w:tc>
      </w:tr>
      <w:tr w:rsidR="001E1D99" w14:paraId="337D8DB6" w14:textId="77777777">
        <w:trPr>
          <w:jc w:val="center"/>
        </w:trPr>
        <w:tc>
          <w:tcPr>
            <w:tcW w:w="252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33C6D9E6" w14:textId="77777777" w:rsidR="001E1D99" w:rsidRDefault="00000000">
            <w:r>
              <w:t xml:space="preserve"> </w:t>
            </w:r>
          </w:p>
        </w:tc>
        <w:tc>
          <w:tcPr>
            <w:tcW w:w="252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6EA22A23" w14:textId="77777777" w:rsidR="001E1D99" w:rsidRDefault="00000000">
            <w:r>
              <w:t xml:space="preserve"> </w:t>
            </w:r>
          </w:p>
        </w:tc>
        <w:tc>
          <w:tcPr>
            <w:tcW w:w="252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5E377BE5" w14:textId="77777777" w:rsidR="001E1D99" w:rsidRDefault="00000000">
            <w:r>
              <w:t xml:space="preserve"> </w:t>
            </w:r>
          </w:p>
        </w:tc>
        <w:tc>
          <w:tcPr>
            <w:tcW w:w="252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1198F1B6" w14:textId="77777777" w:rsidR="001E1D99" w:rsidRDefault="00000000">
            <w:r>
              <w:t xml:space="preserve"> </w:t>
            </w:r>
          </w:p>
        </w:tc>
      </w:tr>
      <w:tr w:rsidR="001E1D99" w14:paraId="28AC03D6" w14:textId="77777777">
        <w:trPr>
          <w:jc w:val="center"/>
        </w:trPr>
        <w:tc>
          <w:tcPr>
            <w:tcW w:w="252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72B25A9A" w14:textId="77777777" w:rsidR="001E1D99" w:rsidRDefault="00000000">
            <w:r>
              <w:t xml:space="preserve"> </w:t>
            </w:r>
          </w:p>
        </w:tc>
        <w:tc>
          <w:tcPr>
            <w:tcW w:w="252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3F4ABDD5" w14:textId="77777777" w:rsidR="001E1D99" w:rsidRDefault="00000000">
            <w:r>
              <w:t xml:space="preserve"> </w:t>
            </w:r>
          </w:p>
        </w:tc>
        <w:tc>
          <w:tcPr>
            <w:tcW w:w="252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31615FD5" w14:textId="77777777" w:rsidR="001E1D99" w:rsidRDefault="00000000">
            <w:r>
              <w:t xml:space="preserve"> </w:t>
            </w:r>
          </w:p>
        </w:tc>
        <w:tc>
          <w:tcPr>
            <w:tcW w:w="252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7FA644D8" w14:textId="77777777" w:rsidR="001E1D99" w:rsidRDefault="00000000">
            <w:r>
              <w:t xml:space="preserve"> </w:t>
            </w:r>
          </w:p>
        </w:tc>
      </w:tr>
      <w:tr w:rsidR="001E1D99" w14:paraId="46D0A622" w14:textId="77777777">
        <w:trPr>
          <w:jc w:val="center"/>
        </w:trPr>
        <w:tc>
          <w:tcPr>
            <w:tcW w:w="252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6A1BFBD6" w14:textId="77777777" w:rsidR="001E1D99" w:rsidRDefault="00000000">
            <w:r>
              <w:t xml:space="preserve"> </w:t>
            </w:r>
          </w:p>
        </w:tc>
        <w:tc>
          <w:tcPr>
            <w:tcW w:w="252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4E992B71" w14:textId="77777777" w:rsidR="001E1D99" w:rsidRDefault="00000000">
            <w:r>
              <w:t xml:space="preserve"> </w:t>
            </w:r>
          </w:p>
        </w:tc>
        <w:tc>
          <w:tcPr>
            <w:tcW w:w="252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65245AB3" w14:textId="77777777" w:rsidR="001E1D99" w:rsidRDefault="00000000">
            <w:r>
              <w:t xml:space="preserve"> </w:t>
            </w:r>
          </w:p>
        </w:tc>
        <w:tc>
          <w:tcPr>
            <w:tcW w:w="252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3EB87E43" w14:textId="77777777" w:rsidR="001E1D99" w:rsidRDefault="00000000">
            <w:r>
              <w:t xml:space="preserve"> </w:t>
            </w:r>
          </w:p>
        </w:tc>
      </w:tr>
    </w:tbl>
    <w:p w14:paraId="4D823F5E" w14:textId="77777777" w:rsidR="001E1D99" w:rsidRDefault="00000000">
      <w:pPr>
        <w:spacing w:before="140" w:after="80"/>
      </w:pPr>
      <w:r>
        <w:rPr>
          <w:b/>
          <w:color w:val="188B80"/>
          <w:sz w:val="30"/>
        </w:rPr>
        <w:t>11. Rol de las y los jóvenes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80"/>
      </w:tblGrid>
      <w:tr w:rsidR="001E1D99" w14:paraId="7705938C" w14:textId="77777777">
        <w:trPr>
          <w:jc w:val="center"/>
        </w:trPr>
        <w:tc>
          <w:tcPr>
            <w:tcW w:w="10080" w:type="dxa"/>
            <w:tcBorders>
              <w:top w:val="single" w:sz="8" w:space="0" w:color="B7D9D2"/>
              <w:left w:val="single" w:sz="8" w:space="0" w:color="B7D9D2"/>
              <w:bottom w:val="single" w:sz="8" w:space="0" w:color="B7D9D2"/>
              <w:right w:val="single" w:sz="8" w:space="0" w:color="B7D9D2"/>
            </w:tcBorders>
            <w:shd w:val="clear" w:color="auto" w:fill="EAF7F4"/>
          </w:tcPr>
          <w:p w14:paraId="18C5CAE6" w14:textId="77777777" w:rsidR="001E1D99" w:rsidRDefault="00000000">
            <w:r>
              <w:rPr>
                <w:b/>
                <w:color w:val="188B80"/>
              </w:rPr>
              <w:t>💡 Ideas</w:t>
            </w:r>
            <w:r>
              <w:rPr>
                <w:b/>
                <w:color w:val="188B80"/>
              </w:rPr>
              <w:br/>
            </w:r>
            <w:r>
              <w:rPr>
                <w:sz w:val="19"/>
              </w:rPr>
              <w:t>Explicá cómo participarán los jóvenes y qué responsabilidades tendrán. El Fondo valora especialmente el liderazgo juvenil.</w:t>
            </w:r>
          </w:p>
        </w:tc>
      </w:tr>
    </w:tbl>
    <w:p w14:paraId="2BFA5254" w14:textId="77777777" w:rsidR="001E1D99" w:rsidRDefault="00000000">
      <w:r>
        <w:t>• Coordinación del equipo</w:t>
      </w:r>
    </w:p>
    <w:p w14:paraId="3D352CB8" w14:textId="77777777" w:rsidR="001E1D99" w:rsidRDefault="00000000">
      <w:r>
        <w:t>• Comunicación y redes</w:t>
      </w:r>
    </w:p>
    <w:p w14:paraId="3C015E45" w14:textId="77777777" w:rsidR="001E1D99" w:rsidRDefault="00000000">
      <w:r>
        <w:t>• Organización de talleres</w:t>
      </w:r>
    </w:p>
    <w:p w14:paraId="1B8A453A" w14:textId="77777777" w:rsidR="001E1D99" w:rsidRDefault="00000000">
      <w:r>
        <w:t>• Registro de fotos y videos</w:t>
      </w:r>
    </w:p>
    <w:p w14:paraId="228E727A" w14:textId="77777777" w:rsidR="001E1D99" w:rsidRDefault="00000000">
      <w:r>
        <w:t>• Trabajo con vecinos o instituciones</w:t>
      </w:r>
    </w:p>
    <w:p w14:paraId="4DCA72D5" w14:textId="77777777" w:rsidR="001E1D99" w:rsidRDefault="00000000">
      <w:r>
        <w:t>• Control del presupuesto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080"/>
      </w:tblGrid>
      <w:tr w:rsidR="001E1D99" w14:paraId="39F60F06" w14:textId="77777777">
        <w:tc>
          <w:tcPr>
            <w:tcW w:w="1008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6AA43E47" w14:textId="77777777" w:rsidR="001E1D99" w:rsidRDefault="00000000">
            <w:r>
              <w:rPr>
                <w:i/>
                <w:color w:val="666666"/>
                <w:sz w:val="18"/>
              </w:rPr>
              <w:t>Espacio para completar</w:t>
            </w:r>
            <w:r>
              <w:rPr>
                <w:i/>
                <w:color w:val="666666"/>
                <w:sz w:val="18"/>
              </w:rPr>
              <w:br/>
            </w:r>
            <w:r>
              <w:t>____________________________________________________________________________</w:t>
            </w:r>
            <w:r>
              <w:br/>
            </w:r>
            <w:r>
              <w:lastRenderedPageBreak/>
              <w:t>____________________________________________________________________________</w:t>
            </w:r>
            <w:r>
              <w:br/>
              <w:t>____________________________________________________________________________</w:t>
            </w:r>
            <w:r>
              <w:br/>
              <w:t>____________________________________________________________________________</w:t>
            </w:r>
            <w:r>
              <w:br/>
            </w:r>
          </w:p>
        </w:tc>
      </w:tr>
    </w:tbl>
    <w:p w14:paraId="2FAB1BDE" w14:textId="77777777" w:rsidR="001E1D99" w:rsidRDefault="00000000">
      <w:r>
        <w:lastRenderedPageBreak/>
        <w:br w:type="page"/>
      </w:r>
    </w:p>
    <w:p w14:paraId="5258E073" w14:textId="77777777" w:rsidR="001E1D99" w:rsidRDefault="00000000">
      <w:pPr>
        <w:spacing w:before="140" w:after="80"/>
      </w:pPr>
      <w:r>
        <w:rPr>
          <w:b/>
          <w:color w:val="188B80"/>
          <w:sz w:val="30"/>
        </w:rPr>
        <w:lastRenderedPageBreak/>
        <w:t>12. Participantes y beneficiarios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360"/>
        <w:gridCol w:w="3360"/>
        <w:gridCol w:w="3360"/>
      </w:tblGrid>
      <w:tr w:rsidR="001E1D99" w14:paraId="5263540B" w14:textId="77777777">
        <w:trPr>
          <w:jc w:val="center"/>
        </w:trPr>
        <w:tc>
          <w:tcPr>
            <w:tcW w:w="10080" w:type="dxa"/>
            <w:gridSpan w:val="3"/>
            <w:tcBorders>
              <w:top w:val="single" w:sz="8" w:space="0" w:color="B7D9D2"/>
              <w:left w:val="single" w:sz="8" w:space="0" w:color="B7D9D2"/>
              <w:bottom w:val="single" w:sz="8" w:space="0" w:color="B7D9D2"/>
              <w:right w:val="single" w:sz="8" w:space="0" w:color="B7D9D2"/>
            </w:tcBorders>
            <w:shd w:val="clear" w:color="auto" w:fill="EAF7F4"/>
          </w:tcPr>
          <w:p w14:paraId="36A77C96" w14:textId="77777777" w:rsidR="001E1D99" w:rsidRDefault="00000000">
            <w:r>
              <w:rPr>
                <w:b/>
                <w:color w:val="188B80"/>
              </w:rPr>
              <w:t>💡 Datos a completar</w:t>
            </w:r>
            <w:r>
              <w:rPr>
                <w:b/>
                <w:color w:val="188B80"/>
              </w:rPr>
              <w:br/>
            </w:r>
            <w:r>
              <w:rPr>
                <w:sz w:val="19"/>
              </w:rPr>
              <w:t>Indicá cuántos jóvenes participarán y qué personas o instituciones se beneficiarán directa o indirectamente.</w:t>
            </w:r>
          </w:p>
        </w:tc>
      </w:tr>
      <w:tr w:rsidR="001E1D99" w14:paraId="4D4E2E94" w14:textId="77777777">
        <w:trPr>
          <w:jc w:val="center"/>
        </w:trPr>
        <w:tc>
          <w:tcPr>
            <w:tcW w:w="3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88B80"/>
            <w:vAlign w:val="center"/>
          </w:tcPr>
          <w:p w14:paraId="479C03C3" w14:textId="77777777" w:rsidR="001E1D99" w:rsidRDefault="00000000">
            <w:r>
              <w:rPr>
                <w:b/>
                <w:color w:val="FFFFFF"/>
                <w:sz w:val="19"/>
              </w:rPr>
              <w:t>Tipo de participante</w:t>
            </w:r>
          </w:p>
        </w:tc>
        <w:tc>
          <w:tcPr>
            <w:tcW w:w="3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88B80"/>
            <w:vAlign w:val="center"/>
          </w:tcPr>
          <w:p w14:paraId="47491A8B" w14:textId="77777777" w:rsidR="001E1D99" w:rsidRDefault="00000000">
            <w:r>
              <w:rPr>
                <w:b/>
                <w:color w:val="FFFFFF"/>
                <w:sz w:val="19"/>
              </w:rPr>
              <w:t>Cantidad estimada</w:t>
            </w:r>
          </w:p>
        </w:tc>
        <w:tc>
          <w:tcPr>
            <w:tcW w:w="3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88B80"/>
            <w:vAlign w:val="center"/>
          </w:tcPr>
          <w:p w14:paraId="5A8C2401" w14:textId="77777777" w:rsidR="001E1D99" w:rsidRDefault="00000000">
            <w:r>
              <w:rPr>
                <w:b/>
                <w:color w:val="FFFFFF"/>
                <w:sz w:val="19"/>
              </w:rPr>
              <w:t>Observaciones</w:t>
            </w:r>
          </w:p>
        </w:tc>
      </w:tr>
      <w:tr w:rsidR="001E1D99" w14:paraId="44DBDB0A" w14:textId="77777777">
        <w:trPr>
          <w:jc w:val="center"/>
        </w:trPr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4B5DB30A" w14:textId="77777777" w:rsidR="001E1D99" w:rsidRDefault="00000000">
            <w:r>
              <w:t xml:space="preserve"> </w:t>
            </w:r>
          </w:p>
        </w:tc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64AA6737" w14:textId="77777777" w:rsidR="001E1D99" w:rsidRDefault="00000000">
            <w:r>
              <w:t xml:space="preserve"> </w:t>
            </w:r>
          </w:p>
        </w:tc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784687FD" w14:textId="77777777" w:rsidR="001E1D99" w:rsidRDefault="00000000">
            <w:r>
              <w:t xml:space="preserve"> </w:t>
            </w:r>
          </w:p>
        </w:tc>
      </w:tr>
      <w:tr w:rsidR="001E1D99" w14:paraId="424DA22B" w14:textId="77777777">
        <w:trPr>
          <w:jc w:val="center"/>
        </w:trPr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416ED84A" w14:textId="77777777" w:rsidR="001E1D99" w:rsidRDefault="00000000">
            <w:r>
              <w:t xml:space="preserve"> </w:t>
            </w:r>
          </w:p>
        </w:tc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546C5790" w14:textId="77777777" w:rsidR="001E1D99" w:rsidRDefault="00000000">
            <w:r>
              <w:t xml:space="preserve"> </w:t>
            </w:r>
          </w:p>
        </w:tc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5B68107E" w14:textId="77777777" w:rsidR="001E1D99" w:rsidRDefault="00000000">
            <w:r>
              <w:t xml:space="preserve"> </w:t>
            </w:r>
          </w:p>
        </w:tc>
      </w:tr>
      <w:tr w:rsidR="001E1D99" w14:paraId="3A0CAEF1" w14:textId="77777777">
        <w:trPr>
          <w:jc w:val="center"/>
        </w:trPr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375310C8" w14:textId="77777777" w:rsidR="001E1D99" w:rsidRDefault="00000000">
            <w:r>
              <w:t xml:space="preserve"> </w:t>
            </w:r>
          </w:p>
        </w:tc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08B7953D" w14:textId="77777777" w:rsidR="001E1D99" w:rsidRDefault="00000000">
            <w:r>
              <w:t xml:space="preserve"> </w:t>
            </w:r>
          </w:p>
        </w:tc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05E4EAB4" w14:textId="77777777" w:rsidR="001E1D99" w:rsidRDefault="00000000">
            <w:r>
              <w:t xml:space="preserve"> </w:t>
            </w:r>
          </w:p>
        </w:tc>
      </w:tr>
      <w:tr w:rsidR="001E1D99" w14:paraId="406B3B50" w14:textId="77777777">
        <w:trPr>
          <w:jc w:val="center"/>
        </w:trPr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13A02C32" w14:textId="77777777" w:rsidR="001E1D99" w:rsidRDefault="00000000">
            <w:r>
              <w:t xml:space="preserve"> </w:t>
            </w:r>
          </w:p>
        </w:tc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02CC2913" w14:textId="77777777" w:rsidR="001E1D99" w:rsidRDefault="00000000">
            <w:r>
              <w:t xml:space="preserve"> </w:t>
            </w:r>
          </w:p>
        </w:tc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6D506623" w14:textId="77777777" w:rsidR="001E1D99" w:rsidRDefault="00000000">
            <w:r>
              <w:t xml:space="preserve"> </w:t>
            </w:r>
          </w:p>
        </w:tc>
      </w:tr>
      <w:tr w:rsidR="001E1D99" w14:paraId="60F13208" w14:textId="77777777">
        <w:trPr>
          <w:jc w:val="center"/>
        </w:trPr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6CCF3A83" w14:textId="77777777" w:rsidR="001E1D99" w:rsidRDefault="00000000">
            <w:r>
              <w:t xml:space="preserve"> </w:t>
            </w:r>
          </w:p>
        </w:tc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6504943F" w14:textId="77777777" w:rsidR="001E1D99" w:rsidRDefault="00000000">
            <w:r>
              <w:t xml:space="preserve"> </w:t>
            </w:r>
          </w:p>
        </w:tc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7BB81B03" w14:textId="77777777" w:rsidR="001E1D99" w:rsidRDefault="00000000">
            <w:r>
              <w:t xml:space="preserve"> </w:t>
            </w:r>
          </w:p>
        </w:tc>
      </w:tr>
      <w:tr w:rsidR="001E1D99" w14:paraId="3619AC43" w14:textId="77777777">
        <w:trPr>
          <w:jc w:val="center"/>
        </w:trPr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20194522" w14:textId="77777777" w:rsidR="001E1D99" w:rsidRDefault="00000000">
            <w:r>
              <w:t xml:space="preserve"> </w:t>
            </w:r>
          </w:p>
        </w:tc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047DF63B" w14:textId="77777777" w:rsidR="001E1D99" w:rsidRDefault="00000000">
            <w:r>
              <w:t xml:space="preserve"> </w:t>
            </w:r>
          </w:p>
        </w:tc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6F5BF6D8" w14:textId="77777777" w:rsidR="001E1D99" w:rsidRDefault="00000000">
            <w:r>
              <w:t xml:space="preserve"> </w:t>
            </w:r>
          </w:p>
        </w:tc>
      </w:tr>
    </w:tbl>
    <w:p w14:paraId="11F2607B" w14:textId="77777777" w:rsidR="001E1D99" w:rsidRDefault="00000000">
      <w:pPr>
        <w:spacing w:before="140" w:after="80"/>
      </w:pPr>
      <w:r>
        <w:rPr>
          <w:b/>
          <w:color w:val="188B80"/>
          <w:sz w:val="30"/>
        </w:rPr>
        <w:t>13. Resultados esperados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80"/>
      </w:tblGrid>
      <w:tr w:rsidR="001E1D99" w14:paraId="3F8FAE8E" w14:textId="77777777">
        <w:trPr>
          <w:jc w:val="center"/>
        </w:trPr>
        <w:tc>
          <w:tcPr>
            <w:tcW w:w="10080" w:type="dxa"/>
            <w:tcBorders>
              <w:top w:val="single" w:sz="8" w:space="0" w:color="B7D9D2"/>
              <w:left w:val="single" w:sz="8" w:space="0" w:color="B7D9D2"/>
              <w:bottom w:val="single" w:sz="8" w:space="0" w:color="B7D9D2"/>
              <w:right w:val="single" w:sz="8" w:space="0" w:color="B7D9D2"/>
            </w:tcBorders>
            <w:shd w:val="clear" w:color="auto" w:fill="EAF7F4"/>
          </w:tcPr>
          <w:p w14:paraId="1A6C15DE" w14:textId="77777777" w:rsidR="001E1D99" w:rsidRDefault="00000000">
            <w:r>
              <w:rPr>
                <w:b/>
                <w:color w:val="188B80"/>
              </w:rPr>
              <w:t>💡 Ejemplos</w:t>
            </w:r>
            <w:r>
              <w:rPr>
                <w:b/>
                <w:color w:val="188B80"/>
              </w:rPr>
              <w:br/>
            </w:r>
            <w:r>
              <w:rPr>
                <w:sz w:val="19"/>
              </w:rPr>
              <w:t>Los resultados son logros concretos y medibles. Deben mostrar qué se consiguió al terminar el proyecto.</w:t>
            </w:r>
          </w:p>
        </w:tc>
      </w:tr>
    </w:tbl>
    <w:p w14:paraId="06284D50" w14:textId="77777777" w:rsidR="001E1D99" w:rsidRDefault="00000000">
      <w:r>
        <w:t>• 100 árboles plantados</w:t>
      </w:r>
    </w:p>
    <w:p w14:paraId="532AB3BA" w14:textId="77777777" w:rsidR="001E1D99" w:rsidRDefault="00000000">
      <w:r>
        <w:t>• 3 talleres realizados</w:t>
      </w:r>
    </w:p>
    <w:p w14:paraId="283DD338" w14:textId="77777777" w:rsidR="001E1D99" w:rsidRDefault="00000000">
      <w:r>
        <w:t>• 200 personas sensibilizadas</w:t>
      </w:r>
    </w:p>
    <w:p w14:paraId="66DCCD5B" w14:textId="77777777" w:rsidR="001E1D99" w:rsidRDefault="00000000">
      <w:r>
        <w:t>• 1 espacio público recuperado</w:t>
      </w:r>
    </w:p>
    <w:p w14:paraId="3FBEF6DF" w14:textId="77777777" w:rsidR="001E1D99" w:rsidRDefault="00000000">
      <w:r>
        <w:t>• 500 kg de residuos recolectados o reciclados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080"/>
      </w:tblGrid>
      <w:tr w:rsidR="001E1D99" w14:paraId="6C7BCD09" w14:textId="77777777">
        <w:tc>
          <w:tcPr>
            <w:tcW w:w="1008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1C11A88C" w14:textId="77777777" w:rsidR="001E1D99" w:rsidRDefault="00000000">
            <w:r>
              <w:rPr>
                <w:i/>
                <w:color w:val="666666"/>
                <w:sz w:val="18"/>
              </w:rPr>
              <w:t>Espacio para completar</w:t>
            </w:r>
            <w:r>
              <w:rPr>
                <w:i/>
                <w:color w:val="666666"/>
                <w:sz w:val="18"/>
              </w:rPr>
              <w:br/>
            </w:r>
            <w:r>
              <w:t>____________________________________________________________________________</w:t>
            </w:r>
            <w:r>
              <w:br/>
              <w:t>____________________________________________________________________________</w:t>
            </w:r>
            <w:r>
              <w:br/>
              <w:t>____________________________________________________________________________</w:t>
            </w:r>
            <w:r>
              <w:br/>
              <w:t>____________________________________________________________________________</w:t>
            </w:r>
            <w:r>
              <w:br/>
            </w:r>
          </w:p>
        </w:tc>
      </w:tr>
    </w:tbl>
    <w:p w14:paraId="6475CBBA" w14:textId="77777777" w:rsidR="001E1D99" w:rsidRDefault="00000000">
      <w:pPr>
        <w:spacing w:before="140" w:after="80"/>
      </w:pPr>
      <w:r>
        <w:rPr>
          <w:b/>
          <w:color w:val="188B80"/>
          <w:sz w:val="30"/>
        </w:rPr>
        <w:t>14. Impacto esperado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80"/>
      </w:tblGrid>
      <w:tr w:rsidR="001E1D99" w14:paraId="5342C896" w14:textId="77777777">
        <w:trPr>
          <w:jc w:val="center"/>
        </w:trPr>
        <w:tc>
          <w:tcPr>
            <w:tcW w:w="10080" w:type="dxa"/>
            <w:tcBorders>
              <w:top w:val="single" w:sz="8" w:space="0" w:color="B7D9D2"/>
              <w:left w:val="single" w:sz="8" w:space="0" w:color="B7D9D2"/>
              <w:bottom w:val="single" w:sz="8" w:space="0" w:color="B7D9D2"/>
              <w:right w:val="single" w:sz="8" w:space="0" w:color="B7D9D2"/>
            </w:tcBorders>
            <w:shd w:val="clear" w:color="auto" w:fill="EAF7F4"/>
          </w:tcPr>
          <w:p w14:paraId="16158959" w14:textId="77777777" w:rsidR="001E1D99" w:rsidRDefault="00000000">
            <w:r>
              <w:rPr>
                <w:b/>
                <w:color w:val="188B80"/>
              </w:rPr>
              <w:lastRenderedPageBreak/>
              <w:t>💡 Para pensar</w:t>
            </w:r>
            <w:r>
              <w:rPr>
                <w:b/>
                <w:color w:val="188B80"/>
              </w:rPr>
              <w:br/>
            </w:r>
            <w:r>
              <w:rPr>
                <w:sz w:val="19"/>
              </w:rPr>
              <w:t>Explicá qué cambio quedará en la comunidad: nuevos hábitos, más conocimiento, mejor ambiente, participación juvenil o continuidad de la iniciativa.</w:t>
            </w:r>
          </w:p>
        </w:tc>
      </w:tr>
      <w:tr w:rsidR="001E1D99" w14:paraId="1E946B7A" w14:textId="77777777">
        <w:tblPrEx>
          <w:jc w:val="left"/>
        </w:tblPrEx>
        <w:tc>
          <w:tcPr>
            <w:tcW w:w="1008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4416179B" w14:textId="77777777" w:rsidR="001E1D99" w:rsidRDefault="00000000">
            <w:r>
              <w:rPr>
                <w:i/>
                <w:color w:val="666666"/>
                <w:sz w:val="18"/>
              </w:rPr>
              <w:t>Espacio para completar</w:t>
            </w:r>
            <w:r>
              <w:rPr>
                <w:i/>
                <w:color w:val="666666"/>
                <w:sz w:val="18"/>
              </w:rPr>
              <w:br/>
            </w:r>
            <w:r>
              <w:t>____________________________________________________________________________</w:t>
            </w:r>
            <w:r>
              <w:br/>
              <w:t>____________________________________________________________________________</w:t>
            </w:r>
            <w:r>
              <w:br/>
              <w:t>____________________________________________________________________________</w:t>
            </w:r>
            <w:r>
              <w:br/>
              <w:t>____________________________________________________________________________</w:t>
            </w:r>
            <w:r>
              <w:br/>
              <w:t>____________________________________________________________________________</w:t>
            </w:r>
            <w:r>
              <w:br/>
            </w:r>
          </w:p>
        </w:tc>
      </w:tr>
    </w:tbl>
    <w:p w14:paraId="3EEBFCD0" w14:textId="77777777" w:rsidR="001E1D99" w:rsidRDefault="00000000">
      <w:r>
        <w:br w:type="page"/>
      </w:r>
    </w:p>
    <w:p w14:paraId="7E4E9B10" w14:textId="77777777" w:rsidR="001E1D99" w:rsidRDefault="00000000">
      <w:pPr>
        <w:spacing w:before="140" w:after="80"/>
      </w:pPr>
      <w:r>
        <w:rPr>
          <w:b/>
          <w:color w:val="188B80"/>
          <w:sz w:val="30"/>
        </w:rPr>
        <w:lastRenderedPageBreak/>
        <w:t>15. Presupuesto solicitado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360"/>
        <w:gridCol w:w="3360"/>
        <w:gridCol w:w="3360"/>
      </w:tblGrid>
      <w:tr w:rsidR="001E1D99" w14:paraId="13321DB8" w14:textId="77777777">
        <w:trPr>
          <w:jc w:val="center"/>
        </w:trPr>
        <w:tc>
          <w:tcPr>
            <w:tcW w:w="10080" w:type="dxa"/>
            <w:gridSpan w:val="3"/>
            <w:tcBorders>
              <w:top w:val="single" w:sz="8" w:space="0" w:color="B7D9D2"/>
              <w:left w:val="single" w:sz="8" w:space="0" w:color="B7D9D2"/>
              <w:bottom w:val="single" w:sz="8" w:space="0" w:color="B7D9D2"/>
              <w:right w:val="single" w:sz="8" w:space="0" w:color="B7D9D2"/>
            </w:tcBorders>
            <w:shd w:val="clear" w:color="auto" w:fill="EAF7F4"/>
          </w:tcPr>
          <w:p w14:paraId="289FBD69" w14:textId="77777777" w:rsidR="001E1D99" w:rsidRDefault="00000000">
            <w:r>
              <w:rPr>
                <w:b/>
                <w:color w:val="188B80"/>
              </w:rPr>
              <w:t>💡 Importante</w:t>
            </w:r>
            <w:r>
              <w:rPr>
                <w:b/>
                <w:color w:val="188B80"/>
              </w:rPr>
              <w:br/>
            </w:r>
            <w:r>
              <w:rPr>
                <w:sz w:val="19"/>
              </w:rPr>
              <w:t>El monto debe estar entre USD 1.000 y USD 5.000. Cada gasto tiene que estar justificado y vinculado directamente con las actividades.</w:t>
            </w:r>
          </w:p>
        </w:tc>
      </w:tr>
      <w:tr w:rsidR="001E1D99" w14:paraId="023B969A" w14:textId="77777777">
        <w:trPr>
          <w:jc w:val="center"/>
        </w:trPr>
        <w:tc>
          <w:tcPr>
            <w:tcW w:w="3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88B80"/>
            <w:vAlign w:val="center"/>
          </w:tcPr>
          <w:p w14:paraId="04AAD4A5" w14:textId="77777777" w:rsidR="001E1D99" w:rsidRDefault="00000000">
            <w:r>
              <w:rPr>
                <w:b/>
                <w:color w:val="FFFFFF"/>
                <w:sz w:val="19"/>
              </w:rPr>
              <w:t>Concepto</w:t>
            </w:r>
          </w:p>
        </w:tc>
        <w:tc>
          <w:tcPr>
            <w:tcW w:w="3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88B80"/>
            <w:vAlign w:val="center"/>
          </w:tcPr>
          <w:p w14:paraId="28AC6548" w14:textId="77777777" w:rsidR="001E1D99" w:rsidRDefault="00000000">
            <w:r>
              <w:rPr>
                <w:b/>
                <w:color w:val="FFFFFF"/>
                <w:sz w:val="19"/>
              </w:rPr>
              <w:t>Detalle / cantidad</w:t>
            </w:r>
          </w:p>
        </w:tc>
        <w:tc>
          <w:tcPr>
            <w:tcW w:w="3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88B80"/>
            <w:vAlign w:val="center"/>
          </w:tcPr>
          <w:p w14:paraId="78B63C7E" w14:textId="77777777" w:rsidR="001E1D99" w:rsidRDefault="00000000">
            <w:r>
              <w:rPr>
                <w:b/>
                <w:color w:val="FFFFFF"/>
                <w:sz w:val="19"/>
              </w:rPr>
              <w:t>Monto estimado USD</w:t>
            </w:r>
          </w:p>
        </w:tc>
      </w:tr>
      <w:tr w:rsidR="001E1D99" w14:paraId="15053B2D" w14:textId="77777777">
        <w:trPr>
          <w:jc w:val="center"/>
        </w:trPr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430D49EB" w14:textId="77777777" w:rsidR="001E1D99" w:rsidRDefault="00000000">
            <w:r>
              <w:t xml:space="preserve"> </w:t>
            </w:r>
          </w:p>
        </w:tc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6FD98A25" w14:textId="77777777" w:rsidR="001E1D99" w:rsidRDefault="00000000">
            <w:r>
              <w:t xml:space="preserve"> </w:t>
            </w:r>
          </w:p>
        </w:tc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0795B31E" w14:textId="77777777" w:rsidR="001E1D99" w:rsidRDefault="00000000">
            <w:r>
              <w:t xml:space="preserve"> </w:t>
            </w:r>
          </w:p>
        </w:tc>
      </w:tr>
      <w:tr w:rsidR="001E1D99" w14:paraId="5EC1F6ED" w14:textId="77777777">
        <w:trPr>
          <w:jc w:val="center"/>
        </w:trPr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04BBE672" w14:textId="77777777" w:rsidR="001E1D99" w:rsidRDefault="00000000">
            <w:r>
              <w:t xml:space="preserve"> </w:t>
            </w:r>
          </w:p>
        </w:tc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378466A0" w14:textId="77777777" w:rsidR="001E1D99" w:rsidRDefault="00000000">
            <w:r>
              <w:t xml:space="preserve"> </w:t>
            </w:r>
          </w:p>
        </w:tc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6D61DF57" w14:textId="77777777" w:rsidR="001E1D99" w:rsidRDefault="00000000">
            <w:r>
              <w:t xml:space="preserve"> </w:t>
            </w:r>
          </w:p>
        </w:tc>
      </w:tr>
      <w:tr w:rsidR="001E1D99" w14:paraId="6D1EB526" w14:textId="77777777">
        <w:trPr>
          <w:jc w:val="center"/>
        </w:trPr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522AD8B5" w14:textId="77777777" w:rsidR="001E1D99" w:rsidRDefault="00000000">
            <w:r>
              <w:t xml:space="preserve"> </w:t>
            </w:r>
          </w:p>
        </w:tc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50C88633" w14:textId="77777777" w:rsidR="001E1D99" w:rsidRDefault="00000000">
            <w:r>
              <w:t xml:space="preserve"> </w:t>
            </w:r>
          </w:p>
        </w:tc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37D12254" w14:textId="77777777" w:rsidR="001E1D99" w:rsidRDefault="00000000">
            <w:r>
              <w:t xml:space="preserve"> </w:t>
            </w:r>
          </w:p>
        </w:tc>
      </w:tr>
      <w:tr w:rsidR="001E1D99" w14:paraId="353A7475" w14:textId="77777777">
        <w:trPr>
          <w:jc w:val="center"/>
        </w:trPr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4E185B54" w14:textId="77777777" w:rsidR="001E1D99" w:rsidRDefault="00000000">
            <w:r>
              <w:t xml:space="preserve"> </w:t>
            </w:r>
          </w:p>
        </w:tc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17748E58" w14:textId="77777777" w:rsidR="001E1D99" w:rsidRDefault="00000000">
            <w:r>
              <w:t xml:space="preserve"> </w:t>
            </w:r>
          </w:p>
        </w:tc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6D857DDD" w14:textId="77777777" w:rsidR="001E1D99" w:rsidRDefault="00000000">
            <w:r>
              <w:t xml:space="preserve"> </w:t>
            </w:r>
          </w:p>
        </w:tc>
      </w:tr>
      <w:tr w:rsidR="001E1D99" w14:paraId="7776D74C" w14:textId="77777777">
        <w:trPr>
          <w:jc w:val="center"/>
        </w:trPr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1E927902" w14:textId="77777777" w:rsidR="001E1D99" w:rsidRDefault="00000000">
            <w:r>
              <w:t xml:space="preserve"> </w:t>
            </w:r>
          </w:p>
        </w:tc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743906A8" w14:textId="77777777" w:rsidR="001E1D99" w:rsidRDefault="00000000">
            <w:r>
              <w:t xml:space="preserve"> </w:t>
            </w:r>
          </w:p>
        </w:tc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4AC15F6E" w14:textId="77777777" w:rsidR="001E1D99" w:rsidRDefault="00000000">
            <w:r>
              <w:t xml:space="preserve"> </w:t>
            </w:r>
          </w:p>
        </w:tc>
      </w:tr>
      <w:tr w:rsidR="001E1D99" w14:paraId="09B1C977" w14:textId="77777777">
        <w:trPr>
          <w:jc w:val="center"/>
        </w:trPr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252E84BC" w14:textId="77777777" w:rsidR="001E1D99" w:rsidRDefault="00000000">
            <w:r>
              <w:t xml:space="preserve"> </w:t>
            </w:r>
          </w:p>
        </w:tc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04A6D92C" w14:textId="77777777" w:rsidR="001E1D99" w:rsidRDefault="00000000">
            <w:r>
              <w:t xml:space="preserve"> </w:t>
            </w:r>
          </w:p>
        </w:tc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0FE61B4B" w14:textId="77777777" w:rsidR="001E1D99" w:rsidRDefault="00000000">
            <w:r>
              <w:t xml:space="preserve"> </w:t>
            </w:r>
          </w:p>
        </w:tc>
      </w:tr>
      <w:tr w:rsidR="001E1D99" w14:paraId="17E2A1B5" w14:textId="77777777">
        <w:trPr>
          <w:jc w:val="center"/>
        </w:trPr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048A9D12" w14:textId="77777777" w:rsidR="001E1D99" w:rsidRDefault="00000000">
            <w:r>
              <w:t xml:space="preserve"> </w:t>
            </w:r>
          </w:p>
        </w:tc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54B86FEA" w14:textId="77777777" w:rsidR="001E1D99" w:rsidRDefault="00000000">
            <w:r>
              <w:t xml:space="preserve"> </w:t>
            </w:r>
          </w:p>
        </w:tc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42AA3C93" w14:textId="77777777" w:rsidR="001E1D99" w:rsidRDefault="00000000">
            <w:r>
              <w:t xml:space="preserve"> </w:t>
            </w:r>
          </w:p>
        </w:tc>
      </w:tr>
      <w:tr w:rsidR="001E1D99" w14:paraId="6E19015C" w14:textId="77777777">
        <w:trPr>
          <w:jc w:val="center"/>
        </w:trPr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6C62491C" w14:textId="77777777" w:rsidR="001E1D99" w:rsidRDefault="00000000">
            <w:r>
              <w:t xml:space="preserve"> </w:t>
            </w:r>
          </w:p>
        </w:tc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119BA565" w14:textId="77777777" w:rsidR="001E1D99" w:rsidRDefault="00000000">
            <w:r>
              <w:t xml:space="preserve"> </w:t>
            </w:r>
          </w:p>
        </w:tc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1B24CEAA" w14:textId="77777777" w:rsidR="001E1D99" w:rsidRDefault="00000000">
            <w:r>
              <w:t xml:space="preserve"> </w:t>
            </w:r>
          </w:p>
        </w:tc>
      </w:tr>
      <w:tr w:rsidR="001E1D99" w14:paraId="011E785A" w14:textId="77777777">
        <w:trPr>
          <w:jc w:val="center"/>
        </w:trPr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505609B4" w14:textId="77777777" w:rsidR="001E1D99" w:rsidRDefault="00000000">
            <w:r>
              <w:t xml:space="preserve"> </w:t>
            </w:r>
          </w:p>
        </w:tc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0FBF0BCB" w14:textId="77777777" w:rsidR="001E1D99" w:rsidRDefault="00000000">
            <w:r>
              <w:t xml:space="preserve"> </w:t>
            </w:r>
          </w:p>
        </w:tc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2F343693" w14:textId="77777777" w:rsidR="001E1D99" w:rsidRDefault="00000000">
            <w:r>
              <w:t xml:space="preserve"> </w:t>
            </w:r>
          </w:p>
        </w:tc>
      </w:tr>
    </w:tbl>
    <w:p w14:paraId="08FBCB19" w14:textId="77777777" w:rsidR="001E1D99" w:rsidRDefault="00000000">
      <w:pPr>
        <w:jc w:val="right"/>
      </w:pPr>
      <w:r>
        <w:rPr>
          <w:b/>
          <w:color w:val="188B80"/>
          <w:sz w:val="24"/>
        </w:rPr>
        <w:t>TOTAL SOLICITADO: USD __________</w:t>
      </w:r>
    </w:p>
    <w:p w14:paraId="3EAB2C9D" w14:textId="77777777" w:rsidR="001E1D99" w:rsidRDefault="00000000">
      <w:pPr>
        <w:spacing w:before="140" w:after="80"/>
      </w:pPr>
      <w:r>
        <w:rPr>
          <w:b/>
          <w:color w:val="188B80"/>
          <w:sz w:val="30"/>
        </w:rPr>
        <w:t>16. Gastos permitidos y no permitidos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80"/>
      </w:tblGrid>
      <w:tr w:rsidR="001E1D99" w14:paraId="4617F87A" w14:textId="77777777">
        <w:trPr>
          <w:jc w:val="center"/>
        </w:trPr>
        <w:tc>
          <w:tcPr>
            <w:tcW w:w="10080" w:type="dxa"/>
            <w:tcBorders>
              <w:top w:val="single" w:sz="8" w:space="0" w:color="B7D9D2"/>
              <w:left w:val="single" w:sz="8" w:space="0" w:color="B7D9D2"/>
              <w:bottom w:val="single" w:sz="8" w:space="0" w:color="B7D9D2"/>
              <w:right w:val="single" w:sz="8" w:space="0" w:color="B7D9D2"/>
            </w:tcBorders>
            <w:shd w:val="clear" w:color="auto" w:fill="EAF7F4"/>
          </w:tcPr>
          <w:p w14:paraId="47DB60A8" w14:textId="77777777" w:rsidR="001E1D99" w:rsidRDefault="00000000">
            <w:r>
              <w:rPr>
                <w:b/>
                <w:color w:val="188B80"/>
              </w:rPr>
              <w:t>💡 Recordatorio de las Bases</w:t>
            </w:r>
            <w:r>
              <w:rPr>
                <w:b/>
                <w:color w:val="188B80"/>
              </w:rPr>
              <w:br/>
            </w:r>
            <w:r>
              <w:rPr>
                <w:sz w:val="19"/>
              </w:rPr>
              <w:t>Permitidos: materiales, herramientas menores, plantas, insumos educativos, difusión, capacitación, transporte y organización de talleres o jornadas. No permitidos: deudas, gastos personales, vehículos, terrenos, actividades político-partidarias o religiosas, premios en efectivo ni gastos sin relación con el proyecto.</w:t>
            </w:r>
          </w:p>
        </w:tc>
      </w:tr>
    </w:tbl>
    <w:p w14:paraId="20A44C4B" w14:textId="77777777" w:rsidR="001E1D99" w:rsidRDefault="00000000">
      <w:pPr>
        <w:spacing w:before="140" w:after="80"/>
      </w:pPr>
      <w:r>
        <w:rPr>
          <w:b/>
          <w:color w:val="188B80"/>
          <w:sz w:val="30"/>
        </w:rPr>
        <w:t>17. Comunicación y difusión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80"/>
      </w:tblGrid>
      <w:tr w:rsidR="001E1D99" w14:paraId="25DD959C" w14:textId="77777777">
        <w:trPr>
          <w:jc w:val="center"/>
        </w:trPr>
        <w:tc>
          <w:tcPr>
            <w:tcW w:w="10080" w:type="dxa"/>
            <w:tcBorders>
              <w:top w:val="single" w:sz="8" w:space="0" w:color="B7D9D2"/>
              <w:left w:val="single" w:sz="8" w:space="0" w:color="B7D9D2"/>
              <w:bottom w:val="single" w:sz="8" w:space="0" w:color="B7D9D2"/>
              <w:right w:val="single" w:sz="8" w:space="0" w:color="B7D9D2"/>
            </w:tcBorders>
            <w:shd w:val="clear" w:color="auto" w:fill="EAF7F4"/>
          </w:tcPr>
          <w:p w14:paraId="5A0FA945" w14:textId="77777777" w:rsidR="001E1D99" w:rsidRDefault="00000000">
            <w:r>
              <w:rPr>
                <w:b/>
                <w:color w:val="188B80"/>
              </w:rPr>
              <w:t>💡 Completá</w:t>
            </w:r>
            <w:r>
              <w:rPr>
                <w:b/>
                <w:color w:val="188B80"/>
              </w:rPr>
              <w:br/>
            </w:r>
            <w:r>
              <w:rPr>
                <w:sz w:val="19"/>
              </w:rPr>
              <w:t>Pensá cómo van a contar lo que hacen: redes sociales, afiches, videos, fotos, jornadas, prensa o presentaciones en instituciones.</w:t>
            </w:r>
          </w:p>
        </w:tc>
      </w:tr>
      <w:tr w:rsidR="001E1D99" w14:paraId="4F79E078" w14:textId="77777777">
        <w:tblPrEx>
          <w:jc w:val="left"/>
        </w:tblPrEx>
        <w:tc>
          <w:tcPr>
            <w:tcW w:w="1008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40C13778" w14:textId="77777777" w:rsidR="001E1D99" w:rsidRDefault="00000000">
            <w:r>
              <w:rPr>
                <w:i/>
                <w:color w:val="666666"/>
                <w:sz w:val="18"/>
              </w:rPr>
              <w:t>Espacio para completar</w:t>
            </w:r>
            <w:r>
              <w:rPr>
                <w:i/>
                <w:color w:val="666666"/>
                <w:sz w:val="18"/>
              </w:rPr>
              <w:br/>
            </w:r>
            <w:r>
              <w:t>____________________________________________________________________________</w:t>
            </w:r>
            <w:r>
              <w:br/>
            </w:r>
            <w:r>
              <w:lastRenderedPageBreak/>
              <w:t>____________________________________________________________________________</w:t>
            </w:r>
            <w:r>
              <w:br/>
              <w:t>____________________________________________________________________________</w:t>
            </w:r>
            <w:r>
              <w:br/>
            </w:r>
          </w:p>
        </w:tc>
      </w:tr>
    </w:tbl>
    <w:p w14:paraId="11A52853" w14:textId="77777777" w:rsidR="001E1D99" w:rsidRDefault="00000000">
      <w:r>
        <w:lastRenderedPageBreak/>
        <w:br w:type="page"/>
      </w:r>
    </w:p>
    <w:p w14:paraId="0808ABA2" w14:textId="77777777" w:rsidR="001E1D99" w:rsidRDefault="00000000">
      <w:pPr>
        <w:spacing w:before="140" w:after="80"/>
      </w:pPr>
      <w:r>
        <w:rPr>
          <w:b/>
          <w:color w:val="188B80"/>
          <w:sz w:val="30"/>
        </w:rPr>
        <w:lastRenderedPageBreak/>
        <w:t>18. Evaluación del proyecto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360"/>
        <w:gridCol w:w="3360"/>
        <w:gridCol w:w="3360"/>
      </w:tblGrid>
      <w:tr w:rsidR="001E1D99" w14:paraId="3D782B49" w14:textId="77777777">
        <w:trPr>
          <w:jc w:val="center"/>
        </w:trPr>
        <w:tc>
          <w:tcPr>
            <w:tcW w:w="10080" w:type="dxa"/>
            <w:gridSpan w:val="3"/>
            <w:tcBorders>
              <w:top w:val="single" w:sz="8" w:space="0" w:color="B7D9D2"/>
              <w:left w:val="single" w:sz="8" w:space="0" w:color="B7D9D2"/>
              <w:bottom w:val="single" w:sz="8" w:space="0" w:color="B7D9D2"/>
              <w:right w:val="single" w:sz="8" w:space="0" w:color="B7D9D2"/>
            </w:tcBorders>
            <w:shd w:val="clear" w:color="auto" w:fill="EAF7F4"/>
          </w:tcPr>
          <w:p w14:paraId="4FAD1129" w14:textId="77777777" w:rsidR="001E1D99" w:rsidRDefault="00000000">
            <w:r>
              <w:rPr>
                <w:b/>
                <w:color w:val="188B80"/>
              </w:rPr>
              <w:t>💡 Indicadores</w:t>
            </w:r>
            <w:r>
              <w:rPr>
                <w:b/>
                <w:color w:val="188B80"/>
              </w:rPr>
              <w:br/>
            </w:r>
            <w:r>
              <w:rPr>
                <w:sz w:val="19"/>
              </w:rPr>
              <w:t>Los indicadores ayudan a demostrar que el proyecto funcionó. Elegí indicadores simples y posibles de medir.</w:t>
            </w:r>
          </w:p>
        </w:tc>
      </w:tr>
      <w:tr w:rsidR="001E1D99" w14:paraId="76C39AF7" w14:textId="77777777">
        <w:trPr>
          <w:jc w:val="center"/>
        </w:trPr>
        <w:tc>
          <w:tcPr>
            <w:tcW w:w="3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88B80"/>
            <w:vAlign w:val="center"/>
          </w:tcPr>
          <w:p w14:paraId="46215DBF" w14:textId="77777777" w:rsidR="001E1D99" w:rsidRDefault="00000000">
            <w:r>
              <w:rPr>
                <w:b/>
                <w:color w:val="FFFFFF"/>
                <w:sz w:val="19"/>
              </w:rPr>
              <w:t>Indicador</w:t>
            </w:r>
          </w:p>
        </w:tc>
        <w:tc>
          <w:tcPr>
            <w:tcW w:w="3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88B80"/>
            <w:vAlign w:val="center"/>
          </w:tcPr>
          <w:p w14:paraId="09163425" w14:textId="77777777" w:rsidR="001E1D99" w:rsidRDefault="00000000">
            <w:r>
              <w:rPr>
                <w:b/>
                <w:color w:val="FFFFFF"/>
                <w:sz w:val="19"/>
              </w:rPr>
              <w:t>Meta</w:t>
            </w:r>
          </w:p>
        </w:tc>
        <w:tc>
          <w:tcPr>
            <w:tcW w:w="3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88B80"/>
            <w:vAlign w:val="center"/>
          </w:tcPr>
          <w:p w14:paraId="33DB150E" w14:textId="77777777" w:rsidR="001E1D99" w:rsidRDefault="00000000">
            <w:r>
              <w:rPr>
                <w:b/>
                <w:color w:val="FFFFFF"/>
                <w:sz w:val="19"/>
              </w:rPr>
              <w:t>Cómo lo vamos a comprobar</w:t>
            </w:r>
          </w:p>
        </w:tc>
      </w:tr>
      <w:tr w:rsidR="001E1D99" w14:paraId="61B38305" w14:textId="77777777">
        <w:trPr>
          <w:jc w:val="center"/>
        </w:trPr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491CF09D" w14:textId="77777777" w:rsidR="001E1D99" w:rsidRDefault="00000000">
            <w:r>
              <w:t xml:space="preserve"> </w:t>
            </w:r>
          </w:p>
        </w:tc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76478CAD" w14:textId="77777777" w:rsidR="001E1D99" w:rsidRDefault="00000000">
            <w:r>
              <w:t xml:space="preserve"> </w:t>
            </w:r>
          </w:p>
        </w:tc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31ECBA4A" w14:textId="77777777" w:rsidR="001E1D99" w:rsidRDefault="00000000">
            <w:r>
              <w:t xml:space="preserve"> </w:t>
            </w:r>
          </w:p>
        </w:tc>
      </w:tr>
      <w:tr w:rsidR="001E1D99" w14:paraId="439DD436" w14:textId="77777777">
        <w:trPr>
          <w:jc w:val="center"/>
        </w:trPr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3EB6445D" w14:textId="77777777" w:rsidR="001E1D99" w:rsidRDefault="00000000">
            <w:r>
              <w:t xml:space="preserve"> </w:t>
            </w:r>
          </w:p>
        </w:tc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71696CB0" w14:textId="77777777" w:rsidR="001E1D99" w:rsidRDefault="00000000">
            <w:r>
              <w:t xml:space="preserve"> </w:t>
            </w:r>
          </w:p>
        </w:tc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747B9206" w14:textId="77777777" w:rsidR="001E1D99" w:rsidRDefault="00000000">
            <w:r>
              <w:t xml:space="preserve"> </w:t>
            </w:r>
          </w:p>
        </w:tc>
      </w:tr>
      <w:tr w:rsidR="001E1D99" w14:paraId="144CFA2B" w14:textId="77777777">
        <w:trPr>
          <w:jc w:val="center"/>
        </w:trPr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18E2E1FA" w14:textId="77777777" w:rsidR="001E1D99" w:rsidRDefault="00000000">
            <w:r>
              <w:t xml:space="preserve"> </w:t>
            </w:r>
          </w:p>
        </w:tc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5303FCCD" w14:textId="77777777" w:rsidR="001E1D99" w:rsidRDefault="00000000">
            <w:r>
              <w:t xml:space="preserve"> </w:t>
            </w:r>
          </w:p>
        </w:tc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5B061B2A" w14:textId="77777777" w:rsidR="001E1D99" w:rsidRDefault="00000000">
            <w:r>
              <w:t xml:space="preserve"> </w:t>
            </w:r>
          </w:p>
        </w:tc>
      </w:tr>
      <w:tr w:rsidR="001E1D99" w14:paraId="29E1CB00" w14:textId="77777777">
        <w:trPr>
          <w:jc w:val="center"/>
        </w:trPr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68260A47" w14:textId="77777777" w:rsidR="001E1D99" w:rsidRDefault="00000000">
            <w:r>
              <w:t xml:space="preserve"> </w:t>
            </w:r>
          </w:p>
        </w:tc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16652AA6" w14:textId="77777777" w:rsidR="001E1D99" w:rsidRDefault="00000000">
            <w:r>
              <w:t xml:space="preserve"> </w:t>
            </w:r>
          </w:p>
        </w:tc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4221E883" w14:textId="77777777" w:rsidR="001E1D99" w:rsidRDefault="00000000">
            <w:r>
              <w:t xml:space="preserve"> </w:t>
            </w:r>
          </w:p>
        </w:tc>
      </w:tr>
      <w:tr w:rsidR="001E1D99" w14:paraId="397B15C6" w14:textId="77777777">
        <w:trPr>
          <w:jc w:val="center"/>
        </w:trPr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56357792" w14:textId="77777777" w:rsidR="001E1D99" w:rsidRDefault="00000000">
            <w:r>
              <w:t xml:space="preserve"> </w:t>
            </w:r>
          </w:p>
        </w:tc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5C38FB32" w14:textId="77777777" w:rsidR="001E1D99" w:rsidRDefault="00000000">
            <w:r>
              <w:t xml:space="preserve"> </w:t>
            </w:r>
          </w:p>
        </w:tc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1109A13B" w14:textId="77777777" w:rsidR="001E1D99" w:rsidRDefault="00000000">
            <w:r>
              <w:t xml:space="preserve"> </w:t>
            </w:r>
          </w:p>
        </w:tc>
      </w:tr>
      <w:tr w:rsidR="001E1D99" w14:paraId="21D02643" w14:textId="77777777">
        <w:trPr>
          <w:jc w:val="center"/>
        </w:trPr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41FF0F64" w14:textId="77777777" w:rsidR="001E1D99" w:rsidRDefault="00000000">
            <w:r>
              <w:t xml:space="preserve"> </w:t>
            </w:r>
          </w:p>
        </w:tc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70FE4D96" w14:textId="77777777" w:rsidR="001E1D99" w:rsidRDefault="00000000">
            <w:r>
              <w:t xml:space="preserve"> </w:t>
            </w:r>
          </w:p>
        </w:tc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66F360A9" w14:textId="77777777" w:rsidR="001E1D99" w:rsidRDefault="00000000">
            <w:r>
              <w:t xml:space="preserve"> </w:t>
            </w:r>
          </w:p>
        </w:tc>
      </w:tr>
      <w:tr w:rsidR="001E1D99" w14:paraId="7BDB3DEC" w14:textId="77777777">
        <w:trPr>
          <w:jc w:val="center"/>
        </w:trPr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49589D46" w14:textId="77777777" w:rsidR="001E1D99" w:rsidRDefault="00000000">
            <w:r>
              <w:t xml:space="preserve"> </w:t>
            </w:r>
          </w:p>
        </w:tc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67966476" w14:textId="77777777" w:rsidR="001E1D99" w:rsidRDefault="00000000">
            <w:r>
              <w:t xml:space="preserve"> </w:t>
            </w:r>
          </w:p>
        </w:tc>
        <w:tc>
          <w:tcPr>
            <w:tcW w:w="336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0F990180" w14:textId="77777777" w:rsidR="001E1D99" w:rsidRDefault="00000000">
            <w:r>
              <w:t xml:space="preserve"> </w:t>
            </w:r>
          </w:p>
        </w:tc>
      </w:tr>
    </w:tbl>
    <w:p w14:paraId="24E3904E" w14:textId="77777777" w:rsidR="001E1D99" w:rsidRDefault="00000000">
      <w:pPr>
        <w:spacing w:before="140" w:after="80"/>
      </w:pPr>
      <w:r>
        <w:rPr>
          <w:b/>
          <w:color w:val="188B80"/>
          <w:sz w:val="30"/>
        </w:rPr>
        <w:t>19. Sostenibilidad y continuidad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80"/>
      </w:tblGrid>
      <w:tr w:rsidR="001E1D99" w14:paraId="7C8A63A4" w14:textId="77777777">
        <w:trPr>
          <w:jc w:val="center"/>
        </w:trPr>
        <w:tc>
          <w:tcPr>
            <w:tcW w:w="10080" w:type="dxa"/>
            <w:tcBorders>
              <w:top w:val="single" w:sz="8" w:space="0" w:color="B7D9D2"/>
              <w:left w:val="single" w:sz="8" w:space="0" w:color="B7D9D2"/>
              <w:bottom w:val="single" w:sz="8" w:space="0" w:color="B7D9D2"/>
              <w:right w:val="single" w:sz="8" w:space="0" w:color="B7D9D2"/>
            </w:tcBorders>
            <w:shd w:val="clear" w:color="auto" w:fill="EAF7F4"/>
          </w:tcPr>
          <w:p w14:paraId="4923C6B2" w14:textId="77777777" w:rsidR="001E1D99" w:rsidRDefault="00000000">
            <w:r>
              <w:rPr>
                <w:b/>
                <w:color w:val="188B80"/>
              </w:rPr>
              <w:t>💡 Para completar</w:t>
            </w:r>
            <w:r>
              <w:rPr>
                <w:b/>
                <w:color w:val="188B80"/>
              </w:rPr>
              <w:br/>
            </w:r>
            <w:r>
              <w:rPr>
                <w:sz w:val="19"/>
              </w:rPr>
              <w:t>Explicá qué pasará cuando termine el financiamiento. ¿Quién cuidará lo realizado? ¿Se podrá repetir? ¿Quedará un grupo organizado?</w:t>
            </w:r>
          </w:p>
        </w:tc>
      </w:tr>
      <w:tr w:rsidR="001E1D99" w14:paraId="5BE931D5" w14:textId="77777777">
        <w:tblPrEx>
          <w:jc w:val="left"/>
        </w:tblPrEx>
        <w:tc>
          <w:tcPr>
            <w:tcW w:w="10080" w:type="dxa"/>
            <w:tcBorders>
              <w:top w:val="single" w:sz="8" w:space="0" w:color="C9DCD8"/>
              <w:left w:val="single" w:sz="8" w:space="0" w:color="C9DCD8"/>
              <w:bottom w:val="single" w:sz="8" w:space="0" w:color="C9DCD8"/>
              <w:right w:val="single" w:sz="8" w:space="0" w:color="C9DCD8"/>
            </w:tcBorders>
            <w:shd w:val="clear" w:color="auto" w:fill="FFFFFF"/>
          </w:tcPr>
          <w:p w14:paraId="641D87A2" w14:textId="77777777" w:rsidR="001E1D99" w:rsidRDefault="00000000">
            <w:r>
              <w:rPr>
                <w:i/>
                <w:color w:val="666666"/>
                <w:sz w:val="18"/>
              </w:rPr>
              <w:t>Espacio para completar</w:t>
            </w:r>
            <w:r>
              <w:rPr>
                <w:i/>
                <w:color w:val="666666"/>
                <w:sz w:val="18"/>
              </w:rPr>
              <w:br/>
            </w:r>
            <w:r>
              <w:t>____________________________________________________________________________</w:t>
            </w:r>
            <w:r>
              <w:br/>
              <w:t>____________________________________________________________________________</w:t>
            </w:r>
            <w:r>
              <w:br/>
              <w:t>____________________________________________________________________________</w:t>
            </w:r>
            <w:r>
              <w:br/>
              <w:t>____________________________________________________________________________</w:t>
            </w:r>
            <w:r>
              <w:br/>
            </w:r>
          </w:p>
        </w:tc>
      </w:tr>
    </w:tbl>
    <w:p w14:paraId="1C29AC5F" w14:textId="77777777" w:rsidR="001E1D99" w:rsidRDefault="00000000">
      <w:pPr>
        <w:spacing w:before="140" w:after="80"/>
      </w:pPr>
      <w:r>
        <w:rPr>
          <w:b/>
          <w:color w:val="188B80"/>
          <w:sz w:val="30"/>
        </w:rPr>
        <w:t>20. Documentación a presentar</w:t>
      </w:r>
    </w:p>
    <w:p w14:paraId="05C672E2" w14:textId="77777777" w:rsidR="001E1D99" w:rsidRDefault="00000000">
      <w:r>
        <w:t>☐ Formulario de postulación completo.</w:t>
      </w:r>
    </w:p>
    <w:p w14:paraId="29320EB0" w14:textId="77777777" w:rsidR="001E1D99" w:rsidRDefault="00000000">
      <w:r>
        <w:t>☐ Nómina de integrantes del equipo.</w:t>
      </w:r>
    </w:p>
    <w:p w14:paraId="006A2D77" w14:textId="77777777" w:rsidR="001E1D99" w:rsidRDefault="00000000">
      <w:r>
        <w:t>☐ Carta de compromiso firmada por integrantes.</w:t>
      </w:r>
    </w:p>
    <w:p w14:paraId="045ED233" w14:textId="77777777" w:rsidR="001E1D99" w:rsidRDefault="00000000">
      <w:r>
        <w:t>☐ Carta de patrocinio del proyecto.</w:t>
      </w:r>
    </w:p>
    <w:p w14:paraId="44B2A933" w14:textId="77777777" w:rsidR="001E1D99" w:rsidRDefault="00000000">
      <w:r>
        <w:lastRenderedPageBreak/>
        <w:t>☐ Constancia de personería jurídica vigente de la organización patrocinante.</w:t>
      </w:r>
    </w:p>
    <w:p w14:paraId="1511D11F" w14:textId="77777777" w:rsidR="001E1D99" w:rsidRDefault="00000000">
      <w:r>
        <w:t>☐ Documento de representación legal y cuenta bancaria institucional.</w:t>
      </w:r>
    </w:p>
    <w:p w14:paraId="67904057" w14:textId="77777777" w:rsidR="001E1D99" w:rsidRDefault="00000000">
      <w:pPr>
        <w:spacing w:before="140" w:after="80"/>
      </w:pPr>
      <w:r>
        <w:rPr>
          <w:b/>
          <w:color w:val="188B80"/>
          <w:sz w:val="30"/>
        </w:rPr>
        <w:t>Checklist final antes de entregar</w:t>
      </w:r>
    </w:p>
    <w:p w14:paraId="24013EA5" w14:textId="77777777" w:rsidR="001E1D99" w:rsidRDefault="00000000">
      <w:r>
        <w:t>☐ Somos al menos 3 jóvenes de 15 a 24 años.</w:t>
      </w:r>
    </w:p>
    <w:p w14:paraId="5ECD0F24" w14:textId="77777777" w:rsidR="001E1D99" w:rsidRDefault="00000000">
      <w:r>
        <w:t>☐ Residimos en la ciudad de Durazno.</w:t>
      </w:r>
    </w:p>
    <w:p w14:paraId="7BCAB1B0" w14:textId="77777777" w:rsidR="001E1D99" w:rsidRDefault="00000000">
      <w:r>
        <w:t>☐ Tenemos organización patrocinante.</w:t>
      </w:r>
    </w:p>
    <w:p w14:paraId="2A0FB66F" w14:textId="77777777" w:rsidR="001E1D99" w:rsidRDefault="00000000">
      <w:r>
        <w:t>☐ El proyecto aporta a una línea temática prioritaria.</w:t>
      </w:r>
    </w:p>
    <w:p w14:paraId="37D67FCA" w14:textId="77777777" w:rsidR="001E1D99" w:rsidRDefault="00000000">
      <w:r>
        <w:t>☐ El presupuesto coincide con las actividades.</w:t>
      </w:r>
    </w:p>
    <w:p w14:paraId="3AF13C74" w14:textId="77777777" w:rsidR="001E1D99" w:rsidRDefault="00000000">
      <w:r>
        <w:t>☐ El proyecto es posible de realizar en plazo.</w:t>
      </w:r>
    </w:p>
    <w:p w14:paraId="53A90056" w14:textId="77777777" w:rsidR="001E1D99" w:rsidRDefault="00000000">
      <w:r>
        <w:t>☐ Explicamos resultados e impacto.</w:t>
      </w:r>
    </w:p>
    <w:p w14:paraId="157EC70D" w14:textId="77777777" w:rsidR="001E1D99" w:rsidRDefault="00000000">
      <w:r>
        <w:t>☐ Revisamos ortografía y datos de contacto.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80"/>
      </w:tblGrid>
      <w:tr w:rsidR="001E1D99" w14:paraId="0E2F86D3" w14:textId="77777777">
        <w:trPr>
          <w:jc w:val="center"/>
        </w:trPr>
        <w:tc>
          <w:tcPr>
            <w:tcW w:w="10080" w:type="dxa"/>
            <w:tcBorders>
              <w:top w:val="single" w:sz="8" w:space="0" w:color="B7D9D2"/>
              <w:left w:val="single" w:sz="8" w:space="0" w:color="B7D9D2"/>
              <w:bottom w:val="single" w:sz="8" w:space="0" w:color="B7D9D2"/>
              <w:right w:val="single" w:sz="8" w:space="0" w:color="B7D9D2"/>
            </w:tcBorders>
            <w:shd w:val="clear" w:color="auto" w:fill="EAF7F4"/>
          </w:tcPr>
          <w:p w14:paraId="3BA6EF1A" w14:textId="77777777" w:rsidR="001E1D99" w:rsidRDefault="00000000">
            <w:r>
              <w:rPr>
                <w:b/>
                <w:color w:val="188B80"/>
              </w:rPr>
              <w:t>💡 Mensaje final</w:t>
            </w:r>
            <w:r>
              <w:rPr>
                <w:b/>
                <w:color w:val="188B80"/>
              </w:rPr>
              <w:br/>
            </w:r>
            <w:r>
              <w:rPr>
                <w:sz w:val="19"/>
              </w:rPr>
              <w:t>No gana el proyecto más caro. Tiene más fuerza el proyecto claro, posible, bien justificado y con jóvenes liderando de verdad.</w:t>
            </w:r>
          </w:p>
        </w:tc>
      </w:tr>
    </w:tbl>
    <w:p w14:paraId="5053FFFA" w14:textId="77777777" w:rsidR="00FB0B6D" w:rsidRDefault="00FB0B6D"/>
    <w:sectPr w:rsidR="00FB0B6D" w:rsidSect="00034616">
      <w:headerReference w:type="default" r:id="rId8"/>
      <w:footerReference w:type="default" r:id="rId9"/>
      <w:pgSz w:w="12240" w:h="15840"/>
      <w:pgMar w:top="792" w:right="1080" w:bottom="64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9F7F3" w14:textId="77777777" w:rsidR="00FB0B6D" w:rsidRDefault="00FB0B6D">
      <w:pPr>
        <w:spacing w:after="0" w:line="240" w:lineRule="auto"/>
      </w:pPr>
      <w:r>
        <w:separator/>
      </w:r>
    </w:p>
  </w:endnote>
  <w:endnote w:type="continuationSeparator" w:id="0">
    <w:p w14:paraId="0E2411BF" w14:textId="77777777" w:rsidR="00FB0B6D" w:rsidRDefault="00FB0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3782383"/>
      <w:docPartObj>
        <w:docPartGallery w:val="Page Numbers (Bottom of Page)"/>
        <w:docPartUnique/>
      </w:docPartObj>
    </w:sdtPr>
    <w:sdtContent>
      <w:p w14:paraId="5E593E03" w14:textId="51641B39" w:rsidR="00636086" w:rsidRDefault="0063608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2279137F" w14:textId="5FABD6B8" w:rsidR="001E1D99" w:rsidRDefault="001E1D99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2244E" w14:textId="77777777" w:rsidR="00FB0B6D" w:rsidRDefault="00FB0B6D">
      <w:pPr>
        <w:spacing w:after="0" w:line="240" w:lineRule="auto"/>
      </w:pPr>
      <w:r>
        <w:separator/>
      </w:r>
    </w:p>
  </w:footnote>
  <w:footnote w:type="continuationSeparator" w:id="0">
    <w:p w14:paraId="624A0AA7" w14:textId="77777777" w:rsidR="00FB0B6D" w:rsidRDefault="00FB0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7F95B" w14:textId="7537EC05" w:rsidR="001E1D99" w:rsidRDefault="00000000">
    <w:pPr>
      <w:pStyle w:val="Encabezado"/>
      <w:jc w:val="center"/>
    </w:pPr>
    <w:r>
      <w:rPr>
        <w:noProof/>
      </w:rPr>
      <w:drawing>
        <wp:inline distT="0" distB="0" distL="0" distR="0" wp14:anchorId="39446FE0" wp14:editId="1184AAA9">
          <wp:extent cx="4206240" cy="1556951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racted_image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206240" cy="15569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80288715">
    <w:abstractNumId w:val="8"/>
  </w:num>
  <w:num w:numId="2" w16cid:durableId="1979189877">
    <w:abstractNumId w:val="6"/>
  </w:num>
  <w:num w:numId="3" w16cid:durableId="498883548">
    <w:abstractNumId w:val="5"/>
  </w:num>
  <w:num w:numId="4" w16cid:durableId="159397303">
    <w:abstractNumId w:val="4"/>
  </w:num>
  <w:num w:numId="5" w16cid:durableId="1854759234">
    <w:abstractNumId w:val="7"/>
  </w:num>
  <w:num w:numId="6" w16cid:durableId="1902016053">
    <w:abstractNumId w:val="3"/>
  </w:num>
  <w:num w:numId="7" w16cid:durableId="706686307">
    <w:abstractNumId w:val="2"/>
  </w:num>
  <w:num w:numId="8" w16cid:durableId="872578492">
    <w:abstractNumId w:val="1"/>
  </w:num>
  <w:num w:numId="9" w16cid:durableId="302471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1D99"/>
    <w:rsid w:val="0029639D"/>
    <w:rsid w:val="00326F90"/>
    <w:rsid w:val="00636086"/>
    <w:rsid w:val="007A00A3"/>
    <w:rsid w:val="00AA1D8D"/>
    <w:rsid w:val="00B47730"/>
    <w:rsid w:val="00CB0664"/>
    <w:rsid w:val="00FB0B6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BB8B99"/>
  <w14:defaultImageDpi w14:val="300"/>
  <w15:docId w15:val="{1AE73770-5164-44E6-BE8E-87DBDD350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1651</Words>
  <Characters>9085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10715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Florencia Camejo</cp:lastModifiedBy>
  <cp:revision>2</cp:revision>
  <cp:lastPrinted>2026-07-09T18:41:00Z</cp:lastPrinted>
  <dcterms:created xsi:type="dcterms:W3CDTF">2013-12-23T23:15:00Z</dcterms:created>
  <dcterms:modified xsi:type="dcterms:W3CDTF">2026-07-09T18:41:00Z</dcterms:modified>
  <cp:category/>
</cp:coreProperties>
</file>